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8D0780" w:rsidRPr="00816880" w:rsidRDefault="00AD0365" w:rsidP="00C37C9F">
      <w:pPr>
        <w:spacing w:line="240" w:lineRule="auto"/>
        <w:ind w:firstLine="567"/>
        <w:jc w:val="both"/>
        <w:rPr>
          <w:sz w:val="28"/>
          <w:szCs w:val="28"/>
          <w:lang w:val="uk-UA"/>
        </w:rPr>
      </w:pPr>
      <w:r w:rsidRPr="00816880">
        <w:rPr>
          <w:rFonts w:ascii="Times New Roman" w:hAnsi="Times New Roman"/>
          <w:sz w:val="28"/>
          <w:szCs w:val="28"/>
          <w:lang w:val="uk-UA"/>
        </w:rPr>
        <w:t>УДК 004.423</w:t>
      </w:r>
    </w:p>
    <w:p w:rsidR="008D0780" w:rsidRPr="00816880" w:rsidRDefault="0004655E" w:rsidP="00AD0365">
      <w:pPr>
        <w:spacing w:line="240" w:lineRule="auto"/>
        <w:jc w:val="center"/>
        <w:rPr>
          <w:b/>
          <w:bCs/>
          <w:sz w:val="28"/>
          <w:szCs w:val="28"/>
          <w:lang w:val="uk-UA"/>
        </w:rPr>
      </w:pPr>
      <w:proofErr w:type="spellStart"/>
      <w:r w:rsidRPr="00816880">
        <w:rPr>
          <w:rFonts w:ascii="Times New Roman" w:hAnsi="Times New Roman"/>
          <w:b/>
          <w:bCs/>
          <w:sz w:val="28"/>
          <w:szCs w:val="28"/>
          <w:lang w:val="uk-UA"/>
        </w:rPr>
        <w:t>К.т.н</w:t>
      </w:r>
      <w:proofErr w:type="spellEnd"/>
      <w:r w:rsidRPr="00816880">
        <w:rPr>
          <w:rFonts w:ascii="Times New Roman" w:hAnsi="Times New Roman"/>
          <w:b/>
          <w:bCs/>
          <w:sz w:val="28"/>
          <w:szCs w:val="28"/>
          <w:lang w:val="uk-UA"/>
        </w:rPr>
        <w:t>.</w:t>
      </w:r>
      <w:r w:rsidR="008B5E93" w:rsidRPr="00816880">
        <w:rPr>
          <w:rFonts w:ascii="Times New Roman" w:hAnsi="Times New Roman"/>
          <w:b/>
          <w:bCs/>
          <w:sz w:val="28"/>
          <w:szCs w:val="28"/>
          <w:lang w:val="uk-UA"/>
        </w:rPr>
        <w:t>, доцент</w:t>
      </w:r>
      <w:r w:rsidRPr="00816880">
        <w:rPr>
          <w:rFonts w:ascii="Times New Roman" w:hAnsi="Times New Roman"/>
          <w:b/>
          <w:bCs/>
          <w:sz w:val="28"/>
          <w:szCs w:val="28"/>
          <w:lang w:val="uk-UA"/>
        </w:rPr>
        <w:t xml:space="preserve"> </w:t>
      </w:r>
      <w:proofErr w:type="spellStart"/>
      <w:r w:rsidRPr="00816880">
        <w:rPr>
          <w:rFonts w:ascii="Times New Roman" w:hAnsi="Times New Roman"/>
          <w:b/>
          <w:bCs/>
          <w:sz w:val="28"/>
          <w:szCs w:val="28"/>
          <w:lang w:val="uk-UA"/>
        </w:rPr>
        <w:t>Клятченко</w:t>
      </w:r>
      <w:proofErr w:type="spellEnd"/>
      <w:r w:rsidRPr="00816880">
        <w:rPr>
          <w:rFonts w:ascii="Times New Roman" w:hAnsi="Times New Roman"/>
          <w:b/>
          <w:bCs/>
          <w:sz w:val="28"/>
          <w:szCs w:val="28"/>
          <w:lang w:val="uk-UA"/>
        </w:rPr>
        <w:t xml:space="preserve"> Я.</w:t>
      </w:r>
      <w:r w:rsidR="008B5E93" w:rsidRPr="00816880">
        <w:rPr>
          <w:rFonts w:ascii="Times New Roman" w:hAnsi="Times New Roman"/>
          <w:b/>
          <w:bCs/>
          <w:sz w:val="28"/>
          <w:szCs w:val="28"/>
          <w:lang w:val="uk-UA"/>
        </w:rPr>
        <w:t> </w:t>
      </w:r>
      <w:r w:rsidRPr="00816880">
        <w:rPr>
          <w:rFonts w:ascii="Times New Roman" w:hAnsi="Times New Roman"/>
          <w:b/>
          <w:bCs/>
          <w:sz w:val="28"/>
          <w:szCs w:val="28"/>
          <w:lang w:val="uk-UA"/>
        </w:rPr>
        <w:t>М.</w:t>
      </w:r>
      <w:r w:rsidR="00AD0365" w:rsidRPr="00816880">
        <w:rPr>
          <w:rFonts w:ascii="Times New Roman" w:hAnsi="Times New Roman"/>
          <w:b/>
          <w:bCs/>
          <w:sz w:val="28"/>
          <w:szCs w:val="28"/>
          <w:lang w:val="uk-UA"/>
        </w:rPr>
        <w:t xml:space="preserve">, </w:t>
      </w:r>
      <w:r w:rsidR="008B5E93" w:rsidRPr="00816880">
        <w:rPr>
          <w:b/>
          <w:sz w:val="28"/>
          <w:szCs w:val="28"/>
          <w:lang w:val="uk-UA"/>
        </w:rPr>
        <w:t>магістрант</w:t>
      </w:r>
      <w:r w:rsidR="00AD0365" w:rsidRPr="00816880">
        <w:rPr>
          <w:rFonts w:ascii="Times New Roman" w:hAnsi="Times New Roman"/>
          <w:b/>
          <w:bCs/>
          <w:sz w:val="28"/>
          <w:szCs w:val="28"/>
          <w:lang w:val="uk-UA"/>
        </w:rPr>
        <w:t xml:space="preserve"> </w:t>
      </w:r>
      <w:r w:rsidR="006761EB" w:rsidRPr="00816880">
        <w:rPr>
          <w:rFonts w:ascii="Times New Roman" w:hAnsi="Times New Roman"/>
          <w:b/>
          <w:bCs/>
          <w:sz w:val="28"/>
          <w:szCs w:val="28"/>
          <w:lang w:val="uk-UA"/>
        </w:rPr>
        <w:t>Ковтун С. В.</w:t>
      </w:r>
    </w:p>
    <w:p w:rsidR="008B5E93" w:rsidRPr="00816880" w:rsidRDefault="00AD0365" w:rsidP="008B5E93">
      <w:pPr>
        <w:spacing w:after="0" w:line="240" w:lineRule="auto"/>
        <w:jc w:val="center"/>
        <w:rPr>
          <w:rFonts w:ascii="Times New Roman" w:hAnsi="Times New Roman"/>
          <w:b/>
          <w:bCs/>
          <w:sz w:val="28"/>
          <w:szCs w:val="28"/>
          <w:lang w:val="uk-UA"/>
        </w:rPr>
      </w:pPr>
      <w:r w:rsidRPr="00816880">
        <w:rPr>
          <w:rFonts w:ascii="Times New Roman" w:hAnsi="Times New Roman"/>
          <w:b/>
          <w:bCs/>
          <w:sz w:val="28"/>
          <w:szCs w:val="28"/>
          <w:lang w:val="uk-UA"/>
        </w:rPr>
        <w:t>Національний технічний університет України</w:t>
      </w:r>
      <w:r w:rsidRPr="00816880">
        <w:rPr>
          <w:rFonts w:ascii="Times New Roman" w:hAnsi="Times New Roman"/>
          <w:b/>
          <w:bCs/>
          <w:sz w:val="28"/>
          <w:szCs w:val="28"/>
          <w:lang w:val="uk-UA"/>
        </w:rPr>
        <w:br/>
        <w:t>«Київський політехнічний інститут імені Ігоря Сікорського»</w:t>
      </w:r>
    </w:p>
    <w:p w:rsidR="008B5E93" w:rsidRPr="00816880" w:rsidRDefault="008B5E93" w:rsidP="008B5E93">
      <w:pPr>
        <w:spacing w:after="0" w:line="240" w:lineRule="auto"/>
        <w:jc w:val="center"/>
        <w:rPr>
          <w:rFonts w:ascii="Times New Roman" w:hAnsi="Times New Roman"/>
          <w:b/>
          <w:bCs/>
          <w:sz w:val="28"/>
          <w:szCs w:val="28"/>
          <w:lang w:val="uk-UA"/>
        </w:rPr>
      </w:pPr>
    </w:p>
    <w:p w:rsidR="008D0780" w:rsidRPr="00816880" w:rsidRDefault="008B5E93" w:rsidP="001C63C2">
      <w:pPr>
        <w:spacing w:after="0" w:line="240" w:lineRule="auto"/>
        <w:jc w:val="center"/>
        <w:rPr>
          <w:rFonts w:ascii="Times New Roman" w:hAnsi="Times New Roman"/>
          <w:b/>
          <w:sz w:val="28"/>
          <w:szCs w:val="28"/>
          <w:lang w:val="uk-UA"/>
        </w:rPr>
      </w:pPr>
      <w:r w:rsidRPr="00816880">
        <w:rPr>
          <w:rFonts w:ascii="Times New Roman" w:eastAsia="Times New Roman" w:hAnsi="Times New Roman" w:cs="Times New Roman"/>
          <w:b/>
          <w:bCs/>
          <w:sz w:val="32"/>
          <w:szCs w:val="32"/>
          <w:lang w:val="uk-UA" w:eastAsia="ru-RU"/>
        </w:rPr>
        <w:t>МЕТОДИ ОПТИМІЗАЦІЇ ФУНКЦІОНАЛЬНОЇ ТА</w:t>
      </w:r>
      <w:r w:rsidRPr="00816880">
        <w:rPr>
          <w:rFonts w:ascii="Times New Roman" w:eastAsia="Times New Roman" w:hAnsi="Times New Roman" w:cs="Times New Roman"/>
          <w:b/>
          <w:bCs/>
          <w:sz w:val="32"/>
          <w:szCs w:val="32"/>
          <w:lang w:val="uk-UA" w:eastAsia="ru-RU"/>
        </w:rPr>
        <w:br/>
        <w:t>ЕСТЕТИЧНОЇ СКЛАДОВОЇ КОДУ ПРОГРАМ</w:t>
      </w:r>
    </w:p>
    <w:p w:rsidR="001C63C2" w:rsidRPr="00816880" w:rsidRDefault="001C63C2" w:rsidP="0068352A">
      <w:pPr>
        <w:spacing w:after="0" w:line="240" w:lineRule="auto"/>
        <w:ind w:firstLine="720"/>
        <w:jc w:val="both"/>
        <w:rPr>
          <w:rFonts w:ascii="Times New Roman" w:hAnsi="Times New Roman"/>
          <w:b/>
          <w:bCs/>
          <w:sz w:val="28"/>
          <w:szCs w:val="28"/>
          <w:lang w:val="uk-UA"/>
        </w:rPr>
      </w:pPr>
    </w:p>
    <w:p w:rsidR="008D0780" w:rsidRPr="00816880" w:rsidRDefault="0068352A" w:rsidP="00C37C9F">
      <w:pPr>
        <w:spacing w:after="0" w:line="240" w:lineRule="auto"/>
        <w:ind w:firstLine="567"/>
        <w:jc w:val="both"/>
        <w:rPr>
          <w:rFonts w:ascii="Times New Roman" w:hAnsi="Times New Roman"/>
          <w:b/>
          <w:bCs/>
          <w:sz w:val="28"/>
          <w:szCs w:val="28"/>
        </w:rPr>
      </w:pPr>
      <w:r w:rsidRPr="00816880">
        <w:rPr>
          <w:rFonts w:ascii="Times New Roman" w:hAnsi="Times New Roman"/>
          <w:b/>
          <w:bCs/>
          <w:sz w:val="28"/>
          <w:szCs w:val="28"/>
        </w:rPr>
        <w:t>Abstract</w:t>
      </w:r>
    </w:p>
    <w:p w:rsidR="0068352A" w:rsidRPr="00816880" w:rsidRDefault="0068352A" w:rsidP="0068352A">
      <w:pPr>
        <w:spacing w:after="0" w:line="240" w:lineRule="auto"/>
        <w:ind w:firstLine="720"/>
        <w:jc w:val="both"/>
        <w:rPr>
          <w:rFonts w:ascii="Times New Roman" w:hAnsi="Times New Roman"/>
          <w:b/>
          <w:bCs/>
          <w:sz w:val="28"/>
          <w:szCs w:val="28"/>
        </w:rPr>
      </w:pPr>
    </w:p>
    <w:p w:rsidR="008B5E93" w:rsidRPr="00816880" w:rsidRDefault="008B5E93" w:rsidP="008B5E93">
      <w:pPr>
        <w:spacing w:after="0" w:line="240" w:lineRule="auto"/>
        <w:jc w:val="center"/>
        <w:rPr>
          <w:rFonts w:ascii="Times New Roman" w:hAnsi="Times New Roman"/>
          <w:b/>
          <w:bCs/>
          <w:iCs/>
          <w:sz w:val="24"/>
          <w:szCs w:val="24"/>
        </w:rPr>
      </w:pPr>
      <w:proofErr w:type="spellStart"/>
      <w:r w:rsidRPr="00816880">
        <w:rPr>
          <w:rFonts w:ascii="Times New Roman" w:hAnsi="Times New Roman"/>
          <w:b/>
          <w:bCs/>
          <w:iCs/>
          <w:sz w:val="24"/>
          <w:szCs w:val="24"/>
        </w:rPr>
        <w:t>Klyatchenko</w:t>
      </w:r>
      <w:proofErr w:type="spellEnd"/>
      <w:r w:rsidRPr="00816880">
        <w:rPr>
          <w:rFonts w:ascii="Times New Roman" w:hAnsi="Times New Roman"/>
          <w:b/>
          <w:bCs/>
          <w:iCs/>
          <w:sz w:val="24"/>
          <w:szCs w:val="24"/>
        </w:rPr>
        <w:t> </w:t>
      </w:r>
      <w:r w:rsidR="0004655E" w:rsidRPr="00816880">
        <w:rPr>
          <w:rFonts w:ascii="Times New Roman" w:hAnsi="Times New Roman"/>
          <w:b/>
          <w:bCs/>
          <w:iCs/>
          <w:sz w:val="24"/>
          <w:szCs w:val="24"/>
        </w:rPr>
        <w:t>Y.</w:t>
      </w:r>
      <w:r w:rsidRPr="00816880">
        <w:rPr>
          <w:rFonts w:ascii="Times New Roman" w:hAnsi="Times New Roman"/>
          <w:b/>
          <w:bCs/>
          <w:iCs/>
          <w:sz w:val="24"/>
          <w:szCs w:val="24"/>
        </w:rPr>
        <w:t> </w:t>
      </w:r>
      <w:r w:rsidR="0004655E" w:rsidRPr="00816880">
        <w:rPr>
          <w:rFonts w:ascii="Times New Roman" w:hAnsi="Times New Roman"/>
          <w:b/>
          <w:bCs/>
          <w:iCs/>
          <w:sz w:val="24"/>
          <w:szCs w:val="24"/>
        </w:rPr>
        <w:t>M</w:t>
      </w:r>
      <w:r w:rsidR="00AD0365" w:rsidRPr="00816880">
        <w:rPr>
          <w:rFonts w:ascii="Times New Roman" w:hAnsi="Times New Roman"/>
          <w:b/>
          <w:bCs/>
          <w:iCs/>
          <w:sz w:val="24"/>
          <w:szCs w:val="24"/>
        </w:rPr>
        <w:t>.,</w:t>
      </w:r>
      <w:r w:rsidR="00AD0365" w:rsidRPr="00816880">
        <w:t xml:space="preserve"> </w:t>
      </w:r>
      <w:r w:rsidR="00AD0365" w:rsidRPr="00816880">
        <w:rPr>
          <w:rFonts w:ascii="Times New Roman" w:hAnsi="Times New Roman"/>
          <w:b/>
          <w:bCs/>
          <w:iCs/>
          <w:sz w:val="24"/>
          <w:szCs w:val="24"/>
        </w:rPr>
        <w:t>assoc. prof., PhD</w:t>
      </w:r>
      <w:r w:rsidRPr="00816880">
        <w:rPr>
          <w:rFonts w:ascii="Times New Roman" w:hAnsi="Times New Roman"/>
          <w:b/>
          <w:bCs/>
          <w:iCs/>
          <w:sz w:val="24"/>
          <w:szCs w:val="24"/>
        </w:rPr>
        <w:t>;</w:t>
      </w:r>
      <w:r w:rsidR="006761EB" w:rsidRPr="00816880">
        <w:rPr>
          <w:rFonts w:ascii="Times New Roman" w:hAnsi="Times New Roman"/>
          <w:b/>
          <w:bCs/>
          <w:iCs/>
          <w:sz w:val="24"/>
          <w:szCs w:val="24"/>
        </w:rPr>
        <w:t xml:space="preserve"> student</w:t>
      </w:r>
      <w:r w:rsidR="00AD0365" w:rsidRPr="00816880">
        <w:rPr>
          <w:rFonts w:ascii="Times New Roman" w:hAnsi="Times New Roman"/>
          <w:b/>
          <w:bCs/>
          <w:iCs/>
          <w:sz w:val="24"/>
          <w:szCs w:val="24"/>
        </w:rPr>
        <w:t xml:space="preserve"> </w:t>
      </w:r>
      <w:proofErr w:type="spellStart"/>
      <w:r w:rsidRPr="00816880">
        <w:rPr>
          <w:rFonts w:ascii="Times New Roman" w:hAnsi="Times New Roman"/>
          <w:b/>
          <w:bCs/>
          <w:iCs/>
          <w:sz w:val="24"/>
          <w:szCs w:val="24"/>
        </w:rPr>
        <w:t>Kovtun</w:t>
      </w:r>
      <w:proofErr w:type="spellEnd"/>
      <w:r w:rsidRPr="00816880">
        <w:rPr>
          <w:rFonts w:ascii="Times New Roman" w:hAnsi="Times New Roman"/>
          <w:b/>
          <w:bCs/>
          <w:iCs/>
          <w:sz w:val="24"/>
          <w:szCs w:val="24"/>
        </w:rPr>
        <w:t xml:space="preserve"> S. </w:t>
      </w:r>
      <w:r w:rsidR="006761EB" w:rsidRPr="00816880">
        <w:rPr>
          <w:rFonts w:ascii="Times New Roman" w:hAnsi="Times New Roman"/>
          <w:b/>
          <w:bCs/>
          <w:iCs/>
          <w:sz w:val="24"/>
          <w:szCs w:val="24"/>
        </w:rPr>
        <w:t>V</w:t>
      </w:r>
      <w:r w:rsidR="00AD0365" w:rsidRPr="00816880">
        <w:rPr>
          <w:rFonts w:ascii="Times New Roman" w:hAnsi="Times New Roman"/>
          <w:b/>
          <w:bCs/>
          <w:iCs/>
          <w:sz w:val="24"/>
          <w:szCs w:val="24"/>
        </w:rPr>
        <w:t>.</w:t>
      </w:r>
    </w:p>
    <w:p w:rsidR="008D0780" w:rsidRPr="00816880" w:rsidRDefault="00AD0365" w:rsidP="008B5E93">
      <w:pPr>
        <w:spacing w:after="0" w:line="240" w:lineRule="auto"/>
        <w:jc w:val="center"/>
        <w:rPr>
          <w:rFonts w:ascii="Times New Roman" w:hAnsi="Times New Roman"/>
          <w:b/>
          <w:bCs/>
          <w:i/>
          <w:iCs/>
          <w:sz w:val="24"/>
          <w:szCs w:val="24"/>
        </w:rPr>
      </w:pPr>
      <w:r w:rsidRPr="00816880">
        <w:rPr>
          <w:rFonts w:ascii="Times New Roman" w:hAnsi="Times New Roman"/>
          <w:b/>
          <w:bCs/>
          <w:i/>
          <w:iCs/>
          <w:sz w:val="24"/>
          <w:szCs w:val="24"/>
        </w:rPr>
        <w:t>Methods of optimizing functional and aesthe</w:t>
      </w:r>
      <w:r w:rsidR="008B5E93" w:rsidRPr="00816880">
        <w:rPr>
          <w:rFonts w:ascii="Times New Roman" w:hAnsi="Times New Roman"/>
          <w:b/>
          <w:bCs/>
          <w:i/>
          <w:iCs/>
          <w:sz w:val="24"/>
          <w:szCs w:val="24"/>
        </w:rPr>
        <w:t>tic aspects of programming code</w:t>
      </w:r>
    </w:p>
    <w:p w:rsidR="00644528" w:rsidRPr="00816880" w:rsidRDefault="00AD0365" w:rsidP="00C37C9F">
      <w:pPr>
        <w:spacing w:after="0" w:line="240" w:lineRule="auto"/>
        <w:ind w:firstLine="567"/>
        <w:jc w:val="both"/>
        <w:rPr>
          <w:rFonts w:ascii="Times New Roman" w:hAnsi="Times New Roman"/>
          <w:i/>
          <w:iCs/>
          <w:sz w:val="24"/>
          <w:szCs w:val="24"/>
        </w:rPr>
      </w:pPr>
      <w:r w:rsidRPr="00816880">
        <w:rPr>
          <w:rFonts w:ascii="Times New Roman" w:hAnsi="Times New Roman"/>
          <w:i/>
          <w:iCs/>
          <w:sz w:val="24"/>
          <w:szCs w:val="24"/>
        </w:rPr>
        <w:t>This paper explores methods for improving both the functionality and readability of programming code, focusing on efficient algorithm selection and modularization techniques that enhance code performance and aesthetic quality. Key approaches include refactoring, adherence to naming conventions, and code splitting, which together support cleaner, more maintainable software.</w:t>
      </w:r>
    </w:p>
    <w:p w:rsidR="008B5E93" w:rsidRPr="00816880" w:rsidRDefault="008B5E93" w:rsidP="008B5E93">
      <w:pPr>
        <w:spacing w:after="0" w:line="240" w:lineRule="auto"/>
        <w:ind w:firstLine="720"/>
        <w:jc w:val="both"/>
        <w:rPr>
          <w:rFonts w:ascii="Times New Roman" w:hAnsi="Times New Roman"/>
          <w:b/>
          <w:bCs/>
          <w:sz w:val="28"/>
          <w:szCs w:val="28"/>
          <w:lang w:val="uk-UA"/>
        </w:rPr>
      </w:pPr>
    </w:p>
    <w:p w:rsidR="003363FB" w:rsidRPr="00816880" w:rsidRDefault="00644528" w:rsidP="00C37C9F">
      <w:pPr>
        <w:spacing w:after="0" w:line="240" w:lineRule="auto"/>
        <w:ind w:firstLine="567"/>
        <w:jc w:val="both"/>
        <w:rPr>
          <w:rFonts w:ascii="Times New Roman" w:hAnsi="Times New Roman"/>
          <w:b/>
          <w:bCs/>
          <w:sz w:val="28"/>
          <w:szCs w:val="28"/>
          <w:lang w:val="uk-UA"/>
        </w:rPr>
      </w:pPr>
      <w:r w:rsidRPr="00816880">
        <w:rPr>
          <w:rFonts w:ascii="Times New Roman" w:hAnsi="Times New Roman"/>
          <w:b/>
          <w:bCs/>
          <w:sz w:val="28"/>
          <w:szCs w:val="28"/>
          <w:lang w:val="uk-UA"/>
        </w:rPr>
        <w:t>Вступ</w:t>
      </w:r>
    </w:p>
    <w:p w:rsidR="008B5E93" w:rsidRPr="00816880" w:rsidRDefault="008B5E93" w:rsidP="008B5E93">
      <w:pPr>
        <w:spacing w:after="0" w:line="240" w:lineRule="auto"/>
        <w:ind w:firstLine="720"/>
        <w:jc w:val="both"/>
        <w:rPr>
          <w:rFonts w:ascii="Times New Roman" w:hAnsi="Times New Roman"/>
          <w:sz w:val="28"/>
          <w:szCs w:val="28"/>
          <w:lang w:val="uk-UA"/>
        </w:rPr>
      </w:pPr>
    </w:p>
    <w:p w:rsidR="003363FB" w:rsidRPr="00816880" w:rsidRDefault="003363FB" w:rsidP="00C37C9F">
      <w:pPr>
        <w:spacing w:after="0" w:line="240" w:lineRule="auto"/>
        <w:ind w:firstLine="567"/>
        <w:jc w:val="both"/>
        <w:rPr>
          <w:rFonts w:ascii="Times New Roman" w:hAnsi="Times New Roman"/>
          <w:sz w:val="28"/>
          <w:szCs w:val="28"/>
          <w:lang w:val="uk-UA"/>
        </w:rPr>
      </w:pPr>
      <w:r w:rsidRPr="00816880">
        <w:rPr>
          <w:rFonts w:ascii="Times New Roman" w:hAnsi="Times New Roman"/>
          <w:sz w:val="28"/>
          <w:szCs w:val="28"/>
          <w:lang w:val="uk-UA"/>
        </w:rPr>
        <w:t>З розвитком інформаційних технологій та зростанням вимог до якості програмного забезпечення дедалі актуальнішими стають питання оптимізації коду з позицій функціональної ефективності та естетичної привабливості. Методи оптимізації коду не тільки впливають на продуктивність та зручність підтримки програм, а й підвищують їхню читабельність та відповідність сучасним стандартам розробки. У даних тезах розглядаються підходи та інструменти, які сприяють покращенню архітектури та дизайну коду, дозволяючи досягти високих показників продуктивності й водночас зберегти чіткість, структуру та естетичну привабливість програмного коду.</w:t>
      </w:r>
    </w:p>
    <w:p w:rsidR="008B5E93" w:rsidRPr="00816880" w:rsidRDefault="008B5E93" w:rsidP="00C37C9F">
      <w:pPr>
        <w:spacing w:after="0" w:line="240" w:lineRule="auto"/>
        <w:ind w:firstLine="567"/>
        <w:jc w:val="both"/>
        <w:rPr>
          <w:rFonts w:ascii="Times New Roman" w:hAnsi="Times New Roman"/>
          <w:sz w:val="28"/>
          <w:szCs w:val="28"/>
          <w:lang w:val="uk-UA"/>
        </w:rPr>
      </w:pPr>
    </w:p>
    <w:p w:rsidR="003363FB" w:rsidRPr="00816880" w:rsidRDefault="00644528" w:rsidP="00C37C9F">
      <w:pPr>
        <w:spacing w:after="0" w:line="240" w:lineRule="auto"/>
        <w:ind w:firstLine="567"/>
        <w:jc w:val="both"/>
        <w:rPr>
          <w:rFonts w:ascii="Times New Roman" w:hAnsi="Times New Roman"/>
          <w:b/>
          <w:bCs/>
          <w:sz w:val="28"/>
          <w:szCs w:val="28"/>
          <w:lang w:val="uk-UA"/>
        </w:rPr>
      </w:pPr>
      <w:r w:rsidRPr="00816880">
        <w:rPr>
          <w:rFonts w:ascii="Times New Roman" w:hAnsi="Times New Roman"/>
          <w:b/>
          <w:bCs/>
          <w:sz w:val="28"/>
          <w:szCs w:val="28"/>
          <w:lang w:val="uk-UA"/>
        </w:rPr>
        <w:t>Постановка задачі</w:t>
      </w:r>
    </w:p>
    <w:p w:rsidR="001C63C2" w:rsidRPr="00816880" w:rsidRDefault="003363FB" w:rsidP="00C37C9F">
      <w:pPr>
        <w:spacing w:after="0" w:line="240" w:lineRule="auto"/>
        <w:ind w:firstLine="567"/>
        <w:jc w:val="both"/>
        <w:rPr>
          <w:rFonts w:ascii="Times New Roman" w:hAnsi="Times New Roman"/>
          <w:sz w:val="28"/>
          <w:szCs w:val="28"/>
          <w:lang w:val="uk-UA"/>
        </w:rPr>
      </w:pPr>
      <w:r w:rsidRPr="00816880">
        <w:rPr>
          <w:rFonts w:ascii="Times New Roman" w:hAnsi="Times New Roman"/>
          <w:sz w:val="28"/>
          <w:szCs w:val="28"/>
          <w:lang w:val="uk-UA"/>
        </w:rPr>
        <w:t>Метою цих тез є узагальнення існуючих методів оптимізації коду програмного забезпечення з урахуванням функціональної та естетичної складових. Робота зосереджена на систематизації підходів, що дозволяють підвищити ефективність коду, забезпечуючи його оптимальне виконання, а також на принципах, які покращують читабельність, структурованість і візуальну організованість коду. Такий підхід спрямований на узагальнення відомих практик у сфері оптимізації, що є цінними для підтримки, масштабування та вдосконалення існуючих програмних продуктів.</w:t>
      </w:r>
      <w:r w:rsidR="001C63C2" w:rsidRPr="00816880">
        <w:rPr>
          <w:rFonts w:ascii="Times New Roman" w:hAnsi="Times New Roman"/>
          <w:sz w:val="28"/>
          <w:szCs w:val="28"/>
          <w:lang w:val="uk-UA"/>
        </w:rPr>
        <w:br w:type="page"/>
      </w:r>
    </w:p>
    <w:p w:rsidR="003363FB" w:rsidRPr="00816880" w:rsidRDefault="003363FB" w:rsidP="00C37C9F">
      <w:pPr>
        <w:spacing w:after="0" w:line="240" w:lineRule="auto"/>
        <w:ind w:firstLine="567"/>
        <w:jc w:val="both"/>
        <w:rPr>
          <w:rFonts w:ascii="Times New Roman" w:hAnsi="Times New Roman"/>
          <w:b/>
          <w:bCs/>
          <w:sz w:val="28"/>
          <w:szCs w:val="28"/>
          <w:lang w:val="uk-UA"/>
        </w:rPr>
      </w:pPr>
      <w:r w:rsidRPr="00816880">
        <w:rPr>
          <w:rFonts w:ascii="Times New Roman" w:hAnsi="Times New Roman"/>
          <w:b/>
          <w:bCs/>
          <w:sz w:val="28"/>
          <w:szCs w:val="28"/>
          <w:lang w:val="uk-UA"/>
        </w:rPr>
        <w:lastRenderedPageBreak/>
        <w:t>Аналіз методів оптимізації функціональної складової коду</w:t>
      </w:r>
    </w:p>
    <w:p w:rsidR="003363FB" w:rsidRPr="00816880" w:rsidRDefault="003363FB" w:rsidP="00C37C9F">
      <w:pPr>
        <w:spacing w:after="0" w:line="240" w:lineRule="auto"/>
        <w:ind w:firstLine="567"/>
        <w:jc w:val="both"/>
        <w:rPr>
          <w:rFonts w:ascii="Times New Roman" w:hAnsi="Times New Roman"/>
          <w:sz w:val="28"/>
          <w:szCs w:val="28"/>
          <w:lang w:val="uk-UA"/>
        </w:rPr>
      </w:pPr>
      <w:r w:rsidRPr="00816880">
        <w:rPr>
          <w:rFonts w:ascii="Times New Roman" w:hAnsi="Times New Roman"/>
          <w:sz w:val="28"/>
          <w:szCs w:val="28"/>
          <w:lang w:val="uk-UA"/>
        </w:rPr>
        <w:t>Функціональна оптимізація коду спрямована на підвищення ефективності роботи програмного забезпечення, що включає зменшення часу виконання, зниження обсягу використання ресурсів і забезпечення стабільності роботи</w:t>
      </w:r>
      <w:r w:rsidR="0010738A">
        <w:rPr>
          <w:rFonts w:ascii="Times New Roman" w:hAnsi="Times New Roman"/>
          <w:sz w:val="28"/>
          <w:szCs w:val="28"/>
          <w:lang w:val="uk-UA"/>
        </w:rPr>
        <w:t xml:space="preserve"> </w:t>
      </w:r>
      <w:r w:rsidR="0010738A" w:rsidRPr="00D8545D">
        <w:rPr>
          <w:rFonts w:ascii="Times New Roman" w:hAnsi="Times New Roman"/>
          <w:sz w:val="28"/>
          <w:szCs w:val="28"/>
          <w:lang w:val="uk-UA"/>
        </w:rPr>
        <w:t>[1]</w:t>
      </w:r>
      <w:r w:rsidR="0010738A" w:rsidRPr="005A05D4">
        <w:rPr>
          <w:rFonts w:ascii="Times New Roman" w:hAnsi="Times New Roman"/>
          <w:sz w:val="28"/>
          <w:szCs w:val="28"/>
          <w:lang w:val="uk-UA"/>
        </w:rPr>
        <w:t xml:space="preserve">. </w:t>
      </w:r>
      <w:r w:rsidRPr="00816880">
        <w:rPr>
          <w:rFonts w:ascii="Times New Roman" w:hAnsi="Times New Roman"/>
          <w:sz w:val="28"/>
          <w:szCs w:val="28"/>
          <w:lang w:val="uk-UA"/>
        </w:rPr>
        <w:t>У цьому розділі розглядаються основні методи функціональної оптимізації:</w:t>
      </w:r>
    </w:p>
    <w:p w:rsidR="006761EB" w:rsidRPr="00816880" w:rsidRDefault="006761EB" w:rsidP="00C37C9F">
      <w:pPr>
        <w:pStyle w:val="ae"/>
        <w:numPr>
          <w:ilvl w:val="0"/>
          <w:numId w:val="20"/>
        </w:numPr>
        <w:spacing w:line="240" w:lineRule="auto"/>
        <w:ind w:left="0" w:firstLine="567"/>
        <w:jc w:val="both"/>
        <w:rPr>
          <w:rFonts w:ascii="Times New Roman" w:hAnsi="Times New Roman"/>
          <w:sz w:val="28"/>
          <w:szCs w:val="28"/>
          <w:lang w:val="uk-UA"/>
        </w:rPr>
      </w:pPr>
      <w:proofErr w:type="spellStart"/>
      <w:r w:rsidRPr="00816880">
        <w:rPr>
          <w:rFonts w:ascii="Times New Roman" w:hAnsi="Times New Roman"/>
          <w:sz w:val="28"/>
          <w:szCs w:val="28"/>
          <w:lang w:val="uk-UA"/>
        </w:rPr>
        <w:t>рефакторинг</w:t>
      </w:r>
      <w:proofErr w:type="spellEnd"/>
      <w:r w:rsidRPr="00816880">
        <w:rPr>
          <w:rFonts w:ascii="Times New Roman" w:hAnsi="Times New Roman"/>
          <w:sz w:val="28"/>
          <w:szCs w:val="28"/>
          <w:lang w:val="uk-UA"/>
        </w:rPr>
        <w:t xml:space="preserve">: покращення структури коду без зміни його функціональності, що допомагає зменшити складність та поліпшити продуктивність; </w:t>
      </w:r>
    </w:p>
    <w:p w:rsidR="006761EB" w:rsidRPr="00816880" w:rsidRDefault="006761EB" w:rsidP="00C37C9F">
      <w:pPr>
        <w:pStyle w:val="ae"/>
        <w:numPr>
          <w:ilvl w:val="0"/>
          <w:numId w:val="20"/>
        </w:numPr>
        <w:spacing w:line="240" w:lineRule="auto"/>
        <w:ind w:left="0" w:firstLine="567"/>
        <w:jc w:val="both"/>
        <w:rPr>
          <w:rFonts w:ascii="Times New Roman" w:hAnsi="Times New Roman"/>
          <w:sz w:val="28"/>
          <w:szCs w:val="28"/>
          <w:lang w:val="uk-UA"/>
        </w:rPr>
      </w:pPr>
      <w:r w:rsidRPr="00816880">
        <w:rPr>
          <w:rFonts w:ascii="Times New Roman" w:hAnsi="Times New Roman"/>
          <w:sz w:val="28"/>
          <w:szCs w:val="28"/>
          <w:lang w:val="uk-UA"/>
        </w:rPr>
        <w:t xml:space="preserve">оптимізація алгоритмів: вибір алгоритмів з більшою швидкодією або меншою </w:t>
      </w:r>
      <w:proofErr w:type="spellStart"/>
      <w:r w:rsidRPr="00816880">
        <w:rPr>
          <w:rFonts w:ascii="Times New Roman" w:hAnsi="Times New Roman"/>
          <w:sz w:val="28"/>
          <w:szCs w:val="28"/>
          <w:lang w:val="uk-UA"/>
        </w:rPr>
        <w:t>ресурсомісткістю</w:t>
      </w:r>
      <w:proofErr w:type="spellEnd"/>
      <w:r w:rsidRPr="00816880">
        <w:rPr>
          <w:rFonts w:ascii="Times New Roman" w:hAnsi="Times New Roman"/>
          <w:sz w:val="28"/>
          <w:szCs w:val="28"/>
          <w:lang w:val="uk-UA"/>
        </w:rPr>
        <w:t xml:space="preserve">, таких як сортування та пошук; </w:t>
      </w:r>
    </w:p>
    <w:p w:rsidR="006761EB" w:rsidRPr="00816880" w:rsidRDefault="006761EB" w:rsidP="00C37C9F">
      <w:pPr>
        <w:pStyle w:val="ae"/>
        <w:numPr>
          <w:ilvl w:val="0"/>
          <w:numId w:val="20"/>
        </w:numPr>
        <w:spacing w:line="240" w:lineRule="auto"/>
        <w:ind w:left="0" w:firstLine="567"/>
        <w:jc w:val="both"/>
        <w:rPr>
          <w:rFonts w:ascii="Times New Roman" w:hAnsi="Times New Roman"/>
          <w:sz w:val="28"/>
          <w:szCs w:val="28"/>
          <w:lang w:val="uk-UA"/>
        </w:rPr>
      </w:pPr>
      <w:proofErr w:type="spellStart"/>
      <w:r w:rsidRPr="00816880">
        <w:rPr>
          <w:rFonts w:ascii="Times New Roman" w:hAnsi="Times New Roman"/>
          <w:sz w:val="28"/>
          <w:szCs w:val="28"/>
          <w:lang w:val="uk-UA"/>
        </w:rPr>
        <w:t>кешування</w:t>
      </w:r>
      <w:proofErr w:type="spellEnd"/>
      <w:r w:rsidRPr="00816880">
        <w:rPr>
          <w:rFonts w:ascii="Times New Roman" w:hAnsi="Times New Roman"/>
          <w:sz w:val="28"/>
          <w:szCs w:val="28"/>
          <w:lang w:val="uk-UA"/>
        </w:rPr>
        <w:t xml:space="preserve"> та </w:t>
      </w:r>
      <w:proofErr w:type="spellStart"/>
      <w:r w:rsidRPr="00816880">
        <w:rPr>
          <w:rFonts w:ascii="Times New Roman" w:hAnsi="Times New Roman"/>
          <w:sz w:val="28"/>
          <w:szCs w:val="28"/>
          <w:lang w:val="uk-UA"/>
        </w:rPr>
        <w:t>мемоізація</w:t>
      </w:r>
      <w:proofErr w:type="spellEnd"/>
      <w:r w:rsidRPr="00816880">
        <w:rPr>
          <w:rFonts w:ascii="Times New Roman" w:hAnsi="Times New Roman"/>
          <w:sz w:val="28"/>
          <w:szCs w:val="28"/>
          <w:lang w:val="uk-UA"/>
        </w:rPr>
        <w:t xml:space="preserve">: зменшення дублюючих обчислень шляхом збереження результатів функцій і використання </w:t>
      </w:r>
      <w:r w:rsidR="0010738A" w:rsidRPr="005A05D4">
        <w:rPr>
          <w:rFonts w:ascii="Times New Roman" w:hAnsi="Times New Roman"/>
          <w:sz w:val="28"/>
          <w:szCs w:val="28"/>
          <w:lang w:val="uk-UA"/>
        </w:rPr>
        <w:t>кешу</w:t>
      </w:r>
      <w:r w:rsidR="0010738A">
        <w:rPr>
          <w:rFonts w:ascii="Times New Roman" w:hAnsi="Times New Roman"/>
          <w:sz w:val="28"/>
          <w:szCs w:val="28"/>
          <w:lang w:val="uk-UA"/>
        </w:rPr>
        <w:t xml:space="preserve"> </w:t>
      </w:r>
      <w:r w:rsidR="0010738A" w:rsidRPr="00D8545D">
        <w:rPr>
          <w:rFonts w:ascii="Times New Roman" w:hAnsi="Times New Roman"/>
          <w:sz w:val="28"/>
          <w:szCs w:val="28"/>
          <w:lang w:val="uk-UA"/>
        </w:rPr>
        <w:t>[2]</w:t>
      </w:r>
      <w:r w:rsidR="0010738A" w:rsidRPr="005A05D4">
        <w:rPr>
          <w:rFonts w:ascii="Times New Roman" w:hAnsi="Times New Roman"/>
          <w:sz w:val="28"/>
          <w:szCs w:val="28"/>
          <w:lang w:val="uk-UA"/>
        </w:rPr>
        <w:t>;</w:t>
      </w:r>
      <w:r w:rsidRPr="00816880">
        <w:rPr>
          <w:rFonts w:ascii="Times New Roman" w:hAnsi="Times New Roman"/>
          <w:sz w:val="28"/>
          <w:szCs w:val="28"/>
          <w:lang w:val="uk-UA"/>
        </w:rPr>
        <w:t xml:space="preserve"> </w:t>
      </w:r>
    </w:p>
    <w:p w:rsidR="006761EB" w:rsidRPr="00816880" w:rsidRDefault="006761EB" w:rsidP="00C37C9F">
      <w:pPr>
        <w:pStyle w:val="ae"/>
        <w:numPr>
          <w:ilvl w:val="0"/>
          <w:numId w:val="20"/>
        </w:numPr>
        <w:spacing w:line="240" w:lineRule="auto"/>
        <w:ind w:left="0" w:firstLine="567"/>
        <w:jc w:val="both"/>
        <w:rPr>
          <w:rFonts w:ascii="Times New Roman" w:hAnsi="Times New Roman"/>
          <w:sz w:val="28"/>
          <w:szCs w:val="28"/>
          <w:lang w:val="uk-UA"/>
        </w:rPr>
      </w:pPr>
      <w:r w:rsidRPr="00816880">
        <w:rPr>
          <w:rFonts w:ascii="Times New Roman" w:hAnsi="Times New Roman"/>
          <w:sz w:val="28"/>
          <w:szCs w:val="28"/>
          <w:lang w:val="uk-UA"/>
        </w:rPr>
        <w:t>розподілена обробка: розподіл задач між різними серверами або процесами, що забезпечує масштабованість та продуктивність.</w:t>
      </w:r>
    </w:p>
    <w:p w:rsidR="008B5E93" w:rsidRPr="00816880" w:rsidRDefault="008B5E93" w:rsidP="00C37C9F">
      <w:pPr>
        <w:pStyle w:val="ae"/>
        <w:spacing w:after="0" w:line="240" w:lineRule="auto"/>
        <w:ind w:left="714" w:firstLine="567"/>
        <w:jc w:val="both"/>
        <w:rPr>
          <w:rFonts w:ascii="Times New Roman" w:hAnsi="Times New Roman"/>
          <w:sz w:val="28"/>
          <w:szCs w:val="28"/>
          <w:lang w:val="uk-UA"/>
        </w:rPr>
      </w:pPr>
    </w:p>
    <w:p w:rsidR="003363FB" w:rsidRPr="00816880" w:rsidRDefault="003363FB" w:rsidP="00C37C9F">
      <w:pPr>
        <w:spacing w:after="0" w:line="240" w:lineRule="auto"/>
        <w:ind w:firstLine="567"/>
        <w:jc w:val="both"/>
        <w:rPr>
          <w:rFonts w:ascii="Times New Roman" w:hAnsi="Times New Roman"/>
          <w:b/>
          <w:bCs/>
          <w:sz w:val="28"/>
          <w:szCs w:val="28"/>
          <w:lang w:val="uk-UA"/>
        </w:rPr>
      </w:pPr>
      <w:r w:rsidRPr="00816880">
        <w:rPr>
          <w:rFonts w:ascii="Times New Roman" w:hAnsi="Times New Roman"/>
          <w:b/>
          <w:bCs/>
          <w:sz w:val="28"/>
          <w:szCs w:val="28"/>
          <w:lang w:val="uk-UA"/>
        </w:rPr>
        <w:t xml:space="preserve">Методи </w:t>
      </w:r>
      <w:r w:rsidR="008B5E93" w:rsidRPr="00816880">
        <w:rPr>
          <w:rFonts w:ascii="Times New Roman" w:hAnsi="Times New Roman"/>
          <w:b/>
          <w:bCs/>
          <w:sz w:val="28"/>
          <w:szCs w:val="28"/>
          <w:lang w:val="uk-UA"/>
        </w:rPr>
        <w:t>і</w:t>
      </w:r>
      <w:r w:rsidRPr="00816880">
        <w:rPr>
          <w:rFonts w:ascii="Times New Roman" w:hAnsi="Times New Roman"/>
          <w:b/>
          <w:bCs/>
          <w:sz w:val="28"/>
          <w:szCs w:val="28"/>
          <w:lang w:val="uk-UA"/>
        </w:rPr>
        <w:t xml:space="preserve"> інструменти для покращення естетичної складової коду</w:t>
      </w:r>
    </w:p>
    <w:p w:rsidR="003363FB" w:rsidRPr="00816880" w:rsidRDefault="003363FB" w:rsidP="00C37C9F">
      <w:pPr>
        <w:spacing w:after="0" w:line="240" w:lineRule="auto"/>
        <w:ind w:firstLine="567"/>
        <w:jc w:val="both"/>
        <w:rPr>
          <w:rFonts w:ascii="Times New Roman" w:hAnsi="Times New Roman"/>
          <w:sz w:val="28"/>
          <w:szCs w:val="28"/>
          <w:lang w:val="uk-UA"/>
        </w:rPr>
      </w:pPr>
      <w:r w:rsidRPr="00816880">
        <w:rPr>
          <w:rFonts w:ascii="Times New Roman" w:hAnsi="Times New Roman"/>
          <w:sz w:val="28"/>
          <w:szCs w:val="28"/>
          <w:lang w:val="uk-UA"/>
        </w:rPr>
        <w:t xml:space="preserve">Естетична складова коду має на меті забезпечити його зрозумілість, легкість у підтримці та відповідність стандартам стилю, що сприяє спрощенню спільної роботи над </w:t>
      </w:r>
      <w:proofErr w:type="spellStart"/>
      <w:r w:rsidRPr="00816880">
        <w:rPr>
          <w:rFonts w:ascii="Times New Roman" w:hAnsi="Times New Roman"/>
          <w:sz w:val="28"/>
          <w:szCs w:val="28"/>
          <w:lang w:val="uk-UA"/>
        </w:rPr>
        <w:t>проєктом</w:t>
      </w:r>
      <w:proofErr w:type="spellEnd"/>
      <w:r w:rsidRPr="00816880">
        <w:rPr>
          <w:rFonts w:ascii="Times New Roman" w:hAnsi="Times New Roman"/>
          <w:sz w:val="28"/>
          <w:szCs w:val="28"/>
          <w:lang w:val="uk-UA"/>
        </w:rPr>
        <w:t>. Серед основних методів та інструментів, що допомагають досягти цієї мети, є:</w:t>
      </w:r>
    </w:p>
    <w:p w:rsidR="000D70F5" w:rsidRPr="00816880" w:rsidRDefault="000D70F5" w:rsidP="00C37C9F">
      <w:pPr>
        <w:pStyle w:val="ae"/>
        <w:numPr>
          <w:ilvl w:val="0"/>
          <w:numId w:val="20"/>
        </w:numPr>
        <w:spacing w:line="240" w:lineRule="auto"/>
        <w:ind w:left="0" w:firstLine="567"/>
        <w:jc w:val="both"/>
        <w:rPr>
          <w:rFonts w:ascii="Times New Roman" w:hAnsi="Times New Roman"/>
          <w:sz w:val="28"/>
          <w:szCs w:val="28"/>
          <w:lang w:val="uk-UA"/>
        </w:rPr>
      </w:pPr>
      <w:r w:rsidRPr="00816880">
        <w:rPr>
          <w:rFonts w:ascii="Times New Roman" w:hAnsi="Times New Roman"/>
          <w:sz w:val="28"/>
          <w:szCs w:val="28"/>
          <w:lang w:val="uk-UA"/>
        </w:rPr>
        <w:t xml:space="preserve">дотримання стандартів стилю кодування: використання стандартів, як-от PEP8 для </w:t>
      </w:r>
      <w:proofErr w:type="spellStart"/>
      <w:r w:rsidRPr="00816880">
        <w:rPr>
          <w:rFonts w:ascii="Times New Roman" w:hAnsi="Times New Roman"/>
          <w:sz w:val="28"/>
          <w:szCs w:val="28"/>
          <w:lang w:val="uk-UA"/>
        </w:rPr>
        <w:t>Python</w:t>
      </w:r>
      <w:proofErr w:type="spellEnd"/>
      <w:r w:rsidRPr="00816880">
        <w:rPr>
          <w:rFonts w:ascii="Times New Roman" w:hAnsi="Times New Roman"/>
          <w:sz w:val="28"/>
          <w:szCs w:val="28"/>
          <w:lang w:val="uk-UA"/>
        </w:rPr>
        <w:t xml:space="preserve">, </w:t>
      </w:r>
      <w:proofErr w:type="spellStart"/>
      <w:r w:rsidRPr="00816880">
        <w:rPr>
          <w:rFonts w:ascii="Times New Roman" w:hAnsi="Times New Roman"/>
          <w:sz w:val="28"/>
          <w:szCs w:val="28"/>
          <w:lang w:val="uk-UA"/>
        </w:rPr>
        <w:t>Google</w:t>
      </w:r>
      <w:proofErr w:type="spellEnd"/>
      <w:r w:rsidRPr="00816880">
        <w:rPr>
          <w:rFonts w:ascii="Times New Roman" w:hAnsi="Times New Roman"/>
          <w:sz w:val="28"/>
          <w:szCs w:val="28"/>
          <w:lang w:val="uk-UA"/>
        </w:rPr>
        <w:t xml:space="preserve"> </w:t>
      </w:r>
      <w:proofErr w:type="spellStart"/>
      <w:r w:rsidRPr="00816880">
        <w:rPr>
          <w:rFonts w:ascii="Times New Roman" w:hAnsi="Times New Roman"/>
          <w:sz w:val="28"/>
          <w:szCs w:val="28"/>
          <w:lang w:val="uk-UA"/>
        </w:rPr>
        <w:t>Java</w:t>
      </w:r>
      <w:proofErr w:type="spellEnd"/>
      <w:r w:rsidRPr="00816880">
        <w:rPr>
          <w:rFonts w:ascii="Times New Roman" w:hAnsi="Times New Roman"/>
          <w:sz w:val="28"/>
          <w:szCs w:val="28"/>
          <w:lang w:val="uk-UA"/>
        </w:rPr>
        <w:t xml:space="preserve"> </w:t>
      </w:r>
      <w:proofErr w:type="spellStart"/>
      <w:r w:rsidRPr="00816880">
        <w:rPr>
          <w:rFonts w:ascii="Times New Roman" w:hAnsi="Times New Roman"/>
          <w:sz w:val="28"/>
          <w:szCs w:val="28"/>
          <w:lang w:val="uk-UA"/>
        </w:rPr>
        <w:t>Style</w:t>
      </w:r>
      <w:proofErr w:type="spellEnd"/>
      <w:r w:rsidRPr="00816880">
        <w:rPr>
          <w:rFonts w:ascii="Times New Roman" w:hAnsi="Times New Roman"/>
          <w:sz w:val="28"/>
          <w:szCs w:val="28"/>
          <w:lang w:val="uk-UA"/>
        </w:rPr>
        <w:t xml:space="preserve"> для </w:t>
      </w:r>
      <w:proofErr w:type="spellStart"/>
      <w:r w:rsidRPr="00816880">
        <w:rPr>
          <w:rFonts w:ascii="Times New Roman" w:hAnsi="Times New Roman"/>
          <w:sz w:val="28"/>
          <w:szCs w:val="28"/>
          <w:lang w:val="uk-UA"/>
        </w:rPr>
        <w:t>Java</w:t>
      </w:r>
      <w:proofErr w:type="spellEnd"/>
      <w:r w:rsidRPr="00816880">
        <w:rPr>
          <w:rFonts w:ascii="Times New Roman" w:hAnsi="Times New Roman"/>
          <w:sz w:val="28"/>
          <w:szCs w:val="28"/>
          <w:lang w:val="uk-UA"/>
        </w:rPr>
        <w:t xml:space="preserve">, що забезпечує однорідність </w:t>
      </w:r>
      <w:r w:rsidR="0010738A" w:rsidRPr="005A05D4">
        <w:rPr>
          <w:rFonts w:ascii="Times New Roman" w:hAnsi="Times New Roman"/>
          <w:sz w:val="28"/>
          <w:szCs w:val="28"/>
          <w:lang w:val="uk-UA"/>
        </w:rPr>
        <w:t>коду</w:t>
      </w:r>
      <w:r w:rsidR="0010738A">
        <w:rPr>
          <w:rFonts w:ascii="Times New Roman" w:hAnsi="Times New Roman"/>
          <w:sz w:val="28"/>
          <w:szCs w:val="28"/>
          <w:lang w:val="uk-UA"/>
        </w:rPr>
        <w:t xml:space="preserve"> </w:t>
      </w:r>
      <w:r w:rsidR="0010738A" w:rsidRPr="00D8545D">
        <w:rPr>
          <w:rFonts w:ascii="Times New Roman" w:hAnsi="Times New Roman"/>
          <w:sz w:val="28"/>
          <w:szCs w:val="28"/>
          <w:lang w:val="uk-UA"/>
        </w:rPr>
        <w:t>[3]</w:t>
      </w:r>
      <w:r w:rsidRPr="00816880">
        <w:rPr>
          <w:rFonts w:ascii="Times New Roman" w:hAnsi="Times New Roman"/>
          <w:sz w:val="28"/>
          <w:szCs w:val="28"/>
          <w:lang w:val="uk-UA"/>
        </w:rPr>
        <w:t>;</w:t>
      </w:r>
    </w:p>
    <w:p w:rsidR="005A05D4" w:rsidRPr="00816880" w:rsidRDefault="005A05D4" w:rsidP="00C37C9F">
      <w:pPr>
        <w:pStyle w:val="ae"/>
        <w:numPr>
          <w:ilvl w:val="0"/>
          <w:numId w:val="20"/>
        </w:numPr>
        <w:spacing w:line="240" w:lineRule="auto"/>
        <w:ind w:left="0" w:firstLine="567"/>
        <w:jc w:val="both"/>
        <w:rPr>
          <w:rFonts w:ascii="Times New Roman" w:hAnsi="Times New Roman"/>
          <w:sz w:val="28"/>
          <w:szCs w:val="28"/>
          <w:lang w:val="uk-UA"/>
        </w:rPr>
      </w:pPr>
      <w:r w:rsidRPr="00816880">
        <w:rPr>
          <w:rFonts w:ascii="Times New Roman" w:hAnsi="Times New Roman"/>
          <w:sz w:val="28"/>
          <w:szCs w:val="28"/>
          <w:lang w:val="uk-UA"/>
        </w:rPr>
        <w:t xml:space="preserve">коментарі та документація: </w:t>
      </w:r>
      <w:r w:rsidR="000D70F5" w:rsidRPr="00816880">
        <w:rPr>
          <w:rFonts w:ascii="Times New Roman" w:hAnsi="Times New Roman"/>
          <w:sz w:val="28"/>
          <w:szCs w:val="28"/>
          <w:lang w:val="uk-UA"/>
        </w:rPr>
        <w:t xml:space="preserve">додавання коментарів і автоматизована генерація документації, наприклад, за допомогою </w:t>
      </w:r>
      <w:proofErr w:type="spellStart"/>
      <w:r w:rsidR="000D70F5" w:rsidRPr="00816880">
        <w:rPr>
          <w:rFonts w:ascii="Times New Roman" w:hAnsi="Times New Roman"/>
          <w:sz w:val="28"/>
          <w:szCs w:val="28"/>
          <w:lang w:val="uk-UA"/>
        </w:rPr>
        <w:t>JSDoc</w:t>
      </w:r>
      <w:proofErr w:type="spellEnd"/>
      <w:r w:rsidR="000D70F5" w:rsidRPr="00816880">
        <w:rPr>
          <w:rFonts w:ascii="Times New Roman" w:hAnsi="Times New Roman"/>
          <w:sz w:val="28"/>
          <w:szCs w:val="28"/>
          <w:lang w:val="uk-UA"/>
        </w:rPr>
        <w:t xml:space="preserve">, </w:t>
      </w:r>
      <w:proofErr w:type="spellStart"/>
      <w:r w:rsidR="000D70F5" w:rsidRPr="00816880">
        <w:rPr>
          <w:rFonts w:ascii="Times New Roman" w:hAnsi="Times New Roman"/>
          <w:sz w:val="28"/>
          <w:szCs w:val="28"/>
          <w:lang w:val="uk-UA"/>
        </w:rPr>
        <w:t>Doxygen</w:t>
      </w:r>
      <w:proofErr w:type="spellEnd"/>
      <w:r w:rsidR="000D70F5" w:rsidRPr="00816880">
        <w:rPr>
          <w:rFonts w:ascii="Times New Roman" w:hAnsi="Times New Roman"/>
          <w:sz w:val="28"/>
          <w:szCs w:val="28"/>
          <w:lang w:val="uk-UA"/>
        </w:rPr>
        <w:t>;</w:t>
      </w:r>
    </w:p>
    <w:p w:rsidR="000D70F5" w:rsidRPr="00816880" w:rsidRDefault="000D70F5" w:rsidP="00C37C9F">
      <w:pPr>
        <w:pStyle w:val="ae"/>
        <w:numPr>
          <w:ilvl w:val="0"/>
          <w:numId w:val="20"/>
        </w:numPr>
        <w:spacing w:line="240" w:lineRule="auto"/>
        <w:ind w:left="0" w:firstLine="567"/>
        <w:jc w:val="both"/>
        <w:rPr>
          <w:rFonts w:ascii="Times New Roman" w:hAnsi="Times New Roman"/>
          <w:sz w:val="28"/>
          <w:szCs w:val="28"/>
          <w:lang w:val="uk-UA"/>
        </w:rPr>
      </w:pPr>
      <w:r w:rsidRPr="00816880">
        <w:rPr>
          <w:rFonts w:ascii="Times New Roman" w:hAnsi="Times New Roman"/>
          <w:sz w:val="28"/>
          <w:szCs w:val="28"/>
          <w:lang w:val="uk-UA"/>
        </w:rPr>
        <w:t xml:space="preserve">статичний аналіз коду: використання інструментів, таких як </w:t>
      </w:r>
      <w:proofErr w:type="spellStart"/>
      <w:r w:rsidRPr="00816880">
        <w:rPr>
          <w:rFonts w:ascii="Times New Roman" w:hAnsi="Times New Roman"/>
          <w:sz w:val="28"/>
          <w:szCs w:val="28"/>
          <w:lang w:val="uk-UA"/>
        </w:rPr>
        <w:t>SonarQube</w:t>
      </w:r>
      <w:proofErr w:type="spellEnd"/>
      <w:r w:rsidRPr="00816880">
        <w:rPr>
          <w:rFonts w:ascii="Times New Roman" w:hAnsi="Times New Roman"/>
          <w:sz w:val="28"/>
          <w:szCs w:val="28"/>
          <w:lang w:val="uk-UA"/>
        </w:rPr>
        <w:t xml:space="preserve">, </w:t>
      </w:r>
      <w:proofErr w:type="spellStart"/>
      <w:r w:rsidRPr="00816880">
        <w:rPr>
          <w:rFonts w:ascii="Times New Roman" w:hAnsi="Times New Roman"/>
          <w:sz w:val="28"/>
          <w:szCs w:val="28"/>
          <w:lang w:val="uk-UA"/>
        </w:rPr>
        <w:t>ESLint</w:t>
      </w:r>
      <w:proofErr w:type="spellEnd"/>
      <w:r w:rsidRPr="00816880">
        <w:rPr>
          <w:rFonts w:ascii="Times New Roman" w:hAnsi="Times New Roman"/>
          <w:sz w:val="28"/>
          <w:szCs w:val="28"/>
          <w:lang w:val="uk-UA"/>
        </w:rPr>
        <w:t>, які перевіряють відповідність коду встановленим стандартам та допомагають знаходити стилістичні помилки;</w:t>
      </w:r>
    </w:p>
    <w:p w:rsidR="000D70F5" w:rsidRPr="00816880" w:rsidRDefault="000D70F5" w:rsidP="00C37C9F">
      <w:pPr>
        <w:pStyle w:val="ae"/>
        <w:numPr>
          <w:ilvl w:val="0"/>
          <w:numId w:val="20"/>
        </w:numPr>
        <w:spacing w:after="0" w:line="240" w:lineRule="auto"/>
        <w:ind w:left="0" w:firstLine="567"/>
        <w:jc w:val="both"/>
        <w:rPr>
          <w:rFonts w:ascii="Times New Roman" w:hAnsi="Times New Roman"/>
          <w:sz w:val="28"/>
          <w:szCs w:val="28"/>
          <w:lang w:val="uk-UA"/>
        </w:rPr>
      </w:pPr>
      <w:r w:rsidRPr="00816880">
        <w:rPr>
          <w:rFonts w:ascii="Times New Roman" w:hAnsi="Times New Roman"/>
          <w:sz w:val="28"/>
          <w:szCs w:val="28"/>
          <w:lang w:val="uk-UA"/>
        </w:rPr>
        <w:t xml:space="preserve">використання </w:t>
      </w:r>
      <w:proofErr w:type="spellStart"/>
      <w:r w:rsidRPr="00816880">
        <w:rPr>
          <w:rFonts w:ascii="Times New Roman" w:hAnsi="Times New Roman"/>
          <w:sz w:val="28"/>
          <w:szCs w:val="28"/>
          <w:lang w:val="uk-UA"/>
        </w:rPr>
        <w:t>форматерів</w:t>
      </w:r>
      <w:proofErr w:type="spellEnd"/>
      <w:r w:rsidRPr="00816880">
        <w:rPr>
          <w:rFonts w:ascii="Times New Roman" w:hAnsi="Times New Roman"/>
          <w:sz w:val="28"/>
          <w:szCs w:val="28"/>
          <w:lang w:val="uk-UA"/>
        </w:rPr>
        <w:t xml:space="preserve"> коду: інструменти, такі як </w:t>
      </w:r>
      <w:proofErr w:type="spellStart"/>
      <w:r w:rsidRPr="00816880">
        <w:rPr>
          <w:rFonts w:ascii="Times New Roman" w:hAnsi="Times New Roman"/>
          <w:sz w:val="28"/>
          <w:szCs w:val="28"/>
          <w:lang w:val="uk-UA"/>
        </w:rPr>
        <w:t>Prettier</w:t>
      </w:r>
      <w:proofErr w:type="spellEnd"/>
      <w:r w:rsidRPr="00816880">
        <w:rPr>
          <w:rFonts w:ascii="Times New Roman" w:hAnsi="Times New Roman"/>
          <w:sz w:val="28"/>
          <w:szCs w:val="28"/>
          <w:lang w:val="uk-UA"/>
        </w:rPr>
        <w:t xml:space="preserve"> або </w:t>
      </w:r>
      <w:proofErr w:type="spellStart"/>
      <w:r w:rsidRPr="00816880">
        <w:rPr>
          <w:rFonts w:ascii="Times New Roman" w:hAnsi="Times New Roman"/>
          <w:sz w:val="28"/>
          <w:szCs w:val="28"/>
          <w:lang w:val="uk-UA"/>
        </w:rPr>
        <w:t>Black</w:t>
      </w:r>
      <w:proofErr w:type="spellEnd"/>
      <w:r w:rsidRPr="00816880">
        <w:rPr>
          <w:rFonts w:ascii="Times New Roman" w:hAnsi="Times New Roman"/>
          <w:sz w:val="28"/>
          <w:szCs w:val="28"/>
          <w:lang w:val="uk-UA"/>
        </w:rPr>
        <w:t>, які автоматично форматують код, дотримуючись правил стилю.</w:t>
      </w:r>
    </w:p>
    <w:p w:rsidR="005A05D4" w:rsidRPr="00816880" w:rsidRDefault="003363FB" w:rsidP="00C37C9F">
      <w:pPr>
        <w:spacing w:after="0" w:line="240" w:lineRule="auto"/>
        <w:ind w:firstLine="567"/>
        <w:jc w:val="both"/>
        <w:rPr>
          <w:rFonts w:ascii="Times New Roman" w:hAnsi="Times New Roman"/>
          <w:spacing w:val="-4"/>
          <w:sz w:val="28"/>
          <w:szCs w:val="28"/>
          <w:lang w:val="uk-UA"/>
        </w:rPr>
      </w:pPr>
      <w:r w:rsidRPr="00816880">
        <w:rPr>
          <w:rFonts w:ascii="Times New Roman" w:hAnsi="Times New Roman"/>
          <w:spacing w:val="-4"/>
          <w:sz w:val="28"/>
          <w:szCs w:val="28"/>
          <w:lang w:val="uk-UA"/>
        </w:rPr>
        <w:t xml:space="preserve">Для підвищення ефективності оптимізації застосовуються інструменти, що автоматизують процеси перевірки коду, його </w:t>
      </w:r>
      <w:r w:rsidR="005A05D4" w:rsidRPr="00816880">
        <w:rPr>
          <w:rFonts w:ascii="Times New Roman" w:hAnsi="Times New Roman"/>
          <w:spacing w:val="-4"/>
          <w:sz w:val="28"/>
          <w:szCs w:val="28"/>
          <w:lang w:val="uk-UA"/>
        </w:rPr>
        <w:t>форматування та тестування.</w:t>
      </w:r>
    </w:p>
    <w:p w:rsidR="003363FB" w:rsidRPr="00816880" w:rsidRDefault="003363FB" w:rsidP="00C37C9F">
      <w:pPr>
        <w:spacing w:after="0" w:line="240" w:lineRule="auto"/>
        <w:ind w:firstLine="567"/>
        <w:jc w:val="both"/>
        <w:rPr>
          <w:rFonts w:ascii="Times New Roman" w:hAnsi="Times New Roman"/>
          <w:spacing w:val="-4"/>
          <w:sz w:val="28"/>
          <w:szCs w:val="28"/>
          <w:lang w:val="uk-UA"/>
        </w:rPr>
      </w:pPr>
      <w:r w:rsidRPr="00816880">
        <w:rPr>
          <w:rFonts w:ascii="Times New Roman" w:hAnsi="Times New Roman"/>
          <w:sz w:val="28"/>
          <w:szCs w:val="28"/>
          <w:lang w:val="uk-UA"/>
        </w:rPr>
        <w:t>Серед ключ</w:t>
      </w:r>
      <w:r w:rsidR="005A05D4" w:rsidRPr="00816880">
        <w:rPr>
          <w:rFonts w:ascii="Times New Roman" w:hAnsi="Times New Roman"/>
          <w:sz w:val="28"/>
          <w:szCs w:val="28"/>
          <w:lang w:val="uk-UA"/>
        </w:rPr>
        <w:t>ових інструментів автоматизації –</w:t>
      </w:r>
      <w:r w:rsidR="005F3166" w:rsidRPr="00816880">
        <w:rPr>
          <w:rFonts w:ascii="Times New Roman" w:hAnsi="Times New Roman"/>
          <w:sz w:val="28"/>
          <w:szCs w:val="28"/>
          <w:lang w:val="uk-UA"/>
        </w:rPr>
        <w:t xml:space="preserve"> </w:t>
      </w:r>
      <w:r w:rsidRPr="00816880">
        <w:rPr>
          <w:rFonts w:ascii="Times New Roman" w:hAnsi="Times New Roman"/>
          <w:sz w:val="28"/>
          <w:szCs w:val="28"/>
          <w:lang w:val="uk-UA"/>
        </w:rPr>
        <w:t xml:space="preserve">CI/CD інструменти: </w:t>
      </w:r>
      <w:proofErr w:type="spellStart"/>
      <w:r w:rsidRPr="00816880">
        <w:rPr>
          <w:rFonts w:ascii="Times New Roman" w:hAnsi="Times New Roman"/>
          <w:sz w:val="28"/>
          <w:szCs w:val="28"/>
          <w:lang w:val="uk-UA"/>
        </w:rPr>
        <w:t>Jenkins</w:t>
      </w:r>
      <w:proofErr w:type="spellEnd"/>
      <w:r w:rsidRPr="00816880">
        <w:rPr>
          <w:rFonts w:ascii="Times New Roman" w:hAnsi="Times New Roman"/>
          <w:sz w:val="28"/>
          <w:szCs w:val="28"/>
          <w:lang w:val="uk-UA"/>
        </w:rPr>
        <w:t xml:space="preserve">, </w:t>
      </w:r>
      <w:proofErr w:type="spellStart"/>
      <w:r w:rsidRPr="00816880">
        <w:rPr>
          <w:rFonts w:ascii="Times New Roman" w:hAnsi="Times New Roman"/>
          <w:sz w:val="28"/>
          <w:szCs w:val="28"/>
          <w:lang w:val="uk-UA"/>
        </w:rPr>
        <w:t>GitHub</w:t>
      </w:r>
      <w:proofErr w:type="spellEnd"/>
      <w:r w:rsidRPr="00816880">
        <w:rPr>
          <w:rFonts w:ascii="Times New Roman" w:hAnsi="Times New Roman"/>
          <w:sz w:val="28"/>
          <w:szCs w:val="28"/>
          <w:lang w:val="uk-UA"/>
        </w:rPr>
        <w:t xml:space="preserve"> </w:t>
      </w:r>
      <w:proofErr w:type="spellStart"/>
      <w:r w:rsidRPr="00816880">
        <w:rPr>
          <w:rFonts w:ascii="Times New Roman" w:hAnsi="Times New Roman"/>
          <w:sz w:val="28"/>
          <w:szCs w:val="28"/>
          <w:lang w:val="uk-UA"/>
        </w:rPr>
        <w:t>Actions</w:t>
      </w:r>
      <w:proofErr w:type="spellEnd"/>
      <w:r w:rsidRPr="00816880">
        <w:rPr>
          <w:rFonts w:ascii="Times New Roman" w:hAnsi="Times New Roman"/>
          <w:sz w:val="28"/>
          <w:szCs w:val="28"/>
          <w:lang w:val="uk-UA"/>
        </w:rPr>
        <w:t>, які автоматизують процес перевірки коду, його тестування та розгортання</w:t>
      </w:r>
      <w:r w:rsidR="005A05D4" w:rsidRPr="00816880">
        <w:rPr>
          <w:rFonts w:ascii="Times New Roman" w:hAnsi="Times New Roman"/>
          <w:sz w:val="28"/>
          <w:szCs w:val="28"/>
          <w:lang w:val="uk-UA"/>
        </w:rPr>
        <w:t>.</w:t>
      </w:r>
      <w:r w:rsidR="005F3166" w:rsidRPr="00816880">
        <w:rPr>
          <w:rFonts w:ascii="Times New Roman" w:hAnsi="Times New Roman"/>
          <w:sz w:val="28"/>
          <w:szCs w:val="28"/>
          <w:lang w:val="uk-UA"/>
        </w:rPr>
        <w:t xml:space="preserve"> </w:t>
      </w:r>
      <w:r w:rsidR="005A05D4" w:rsidRPr="00816880">
        <w:rPr>
          <w:rFonts w:ascii="Times New Roman" w:hAnsi="Times New Roman"/>
          <w:sz w:val="28"/>
          <w:szCs w:val="28"/>
          <w:lang w:val="uk-UA"/>
        </w:rPr>
        <w:t xml:space="preserve">Тестування </w:t>
      </w:r>
      <w:r w:rsidRPr="00816880">
        <w:rPr>
          <w:rFonts w:ascii="Times New Roman" w:hAnsi="Times New Roman"/>
          <w:sz w:val="28"/>
          <w:szCs w:val="28"/>
          <w:lang w:val="uk-UA"/>
        </w:rPr>
        <w:t>продуктивності</w:t>
      </w:r>
      <w:r w:rsidR="005A05D4" w:rsidRPr="00816880">
        <w:rPr>
          <w:rFonts w:ascii="Times New Roman" w:hAnsi="Times New Roman"/>
          <w:sz w:val="28"/>
          <w:szCs w:val="28"/>
          <w:lang w:val="uk-UA"/>
        </w:rPr>
        <w:t xml:space="preserve"> –</w:t>
      </w:r>
      <w:r w:rsidRPr="00816880">
        <w:rPr>
          <w:rFonts w:ascii="Times New Roman" w:hAnsi="Times New Roman"/>
          <w:sz w:val="28"/>
          <w:szCs w:val="28"/>
          <w:lang w:val="uk-UA"/>
        </w:rPr>
        <w:t xml:space="preserve"> використання інструментів для вимірювання швидкодії, таких як </w:t>
      </w:r>
      <w:proofErr w:type="spellStart"/>
      <w:r w:rsidRPr="00816880">
        <w:rPr>
          <w:rFonts w:ascii="Times New Roman" w:hAnsi="Times New Roman"/>
          <w:sz w:val="28"/>
          <w:szCs w:val="28"/>
          <w:lang w:val="uk-UA"/>
        </w:rPr>
        <w:t>Apache</w:t>
      </w:r>
      <w:proofErr w:type="spellEnd"/>
      <w:r w:rsidRPr="00816880">
        <w:rPr>
          <w:rFonts w:ascii="Times New Roman" w:hAnsi="Times New Roman"/>
          <w:sz w:val="28"/>
          <w:szCs w:val="28"/>
          <w:lang w:val="uk-UA"/>
        </w:rPr>
        <w:t xml:space="preserve"> </w:t>
      </w:r>
      <w:proofErr w:type="spellStart"/>
      <w:r w:rsidRPr="00816880">
        <w:rPr>
          <w:rFonts w:ascii="Times New Roman" w:hAnsi="Times New Roman"/>
          <w:sz w:val="28"/>
          <w:szCs w:val="28"/>
          <w:lang w:val="uk-UA"/>
        </w:rPr>
        <w:t>JMeter</w:t>
      </w:r>
      <w:proofErr w:type="spellEnd"/>
      <w:r w:rsidRPr="00816880">
        <w:rPr>
          <w:rFonts w:ascii="Times New Roman" w:hAnsi="Times New Roman"/>
          <w:sz w:val="28"/>
          <w:szCs w:val="28"/>
          <w:lang w:val="uk-UA"/>
        </w:rPr>
        <w:t xml:space="preserve"> або </w:t>
      </w:r>
      <w:proofErr w:type="spellStart"/>
      <w:r w:rsidRPr="00816880">
        <w:rPr>
          <w:rFonts w:ascii="Times New Roman" w:hAnsi="Times New Roman"/>
          <w:sz w:val="28"/>
          <w:szCs w:val="28"/>
          <w:lang w:val="uk-UA"/>
        </w:rPr>
        <w:t>LoadRunner</w:t>
      </w:r>
      <w:proofErr w:type="spellEnd"/>
      <w:r w:rsidRPr="00816880">
        <w:rPr>
          <w:rFonts w:ascii="Times New Roman" w:hAnsi="Times New Roman"/>
          <w:sz w:val="28"/>
          <w:szCs w:val="28"/>
          <w:lang w:val="uk-UA"/>
        </w:rPr>
        <w:t xml:space="preserve">, </w:t>
      </w:r>
      <w:r w:rsidR="005A05D4" w:rsidRPr="00816880">
        <w:rPr>
          <w:rFonts w:ascii="Times New Roman" w:hAnsi="Times New Roman"/>
          <w:sz w:val="28"/>
          <w:szCs w:val="28"/>
          <w:lang w:val="uk-UA"/>
        </w:rPr>
        <w:t xml:space="preserve">що </w:t>
      </w:r>
      <w:r w:rsidRPr="00816880">
        <w:rPr>
          <w:rFonts w:ascii="Times New Roman" w:hAnsi="Times New Roman"/>
          <w:sz w:val="28"/>
          <w:szCs w:val="28"/>
          <w:lang w:val="uk-UA"/>
        </w:rPr>
        <w:t>дозволяє знайти вузькі місця у виконанні коду</w:t>
      </w:r>
      <w:r w:rsidR="005A05D4" w:rsidRPr="00816880">
        <w:rPr>
          <w:rFonts w:ascii="Times New Roman" w:hAnsi="Times New Roman"/>
          <w:sz w:val="28"/>
          <w:szCs w:val="28"/>
          <w:lang w:val="uk-UA"/>
        </w:rPr>
        <w:t xml:space="preserve">. </w:t>
      </w:r>
      <w:r w:rsidR="005F3166" w:rsidRPr="00816880">
        <w:rPr>
          <w:rFonts w:ascii="Times New Roman" w:hAnsi="Times New Roman"/>
          <w:sz w:val="28"/>
          <w:szCs w:val="28"/>
          <w:lang w:val="uk-UA"/>
        </w:rPr>
        <w:t xml:space="preserve"> </w:t>
      </w:r>
      <w:r w:rsidR="005A05D4" w:rsidRPr="00816880">
        <w:rPr>
          <w:rFonts w:ascii="Times New Roman" w:hAnsi="Times New Roman"/>
          <w:sz w:val="28"/>
          <w:szCs w:val="28"/>
          <w:lang w:val="uk-UA"/>
        </w:rPr>
        <w:t xml:space="preserve">Інтеграція </w:t>
      </w:r>
      <w:r w:rsidRPr="00816880">
        <w:rPr>
          <w:rFonts w:ascii="Times New Roman" w:hAnsi="Times New Roman"/>
          <w:sz w:val="28"/>
          <w:szCs w:val="28"/>
          <w:lang w:val="uk-UA"/>
        </w:rPr>
        <w:t>з системами контролю версій</w:t>
      </w:r>
      <w:r w:rsidR="005A05D4" w:rsidRPr="00816880">
        <w:rPr>
          <w:rFonts w:ascii="Times New Roman" w:hAnsi="Times New Roman"/>
          <w:spacing w:val="-4"/>
          <w:sz w:val="28"/>
          <w:szCs w:val="28"/>
          <w:lang w:val="uk-UA"/>
        </w:rPr>
        <w:t xml:space="preserve"> –</w:t>
      </w:r>
      <w:r w:rsidRPr="00816880">
        <w:rPr>
          <w:rFonts w:ascii="Times New Roman" w:hAnsi="Times New Roman"/>
          <w:spacing w:val="-4"/>
          <w:sz w:val="28"/>
          <w:szCs w:val="28"/>
          <w:lang w:val="uk-UA"/>
        </w:rPr>
        <w:t xml:space="preserve"> платформи, як-от </w:t>
      </w:r>
      <w:proofErr w:type="spellStart"/>
      <w:r w:rsidRPr="00816880">
        <w:rPr>
          <w:rFonts w:ascii="Times New Roman" w:hAnsi="Times New Roman"/>
          <w:spacing w:val="-4"/>
          <w:sz w:val="28"/>
          <w:szCs w:val="28"/>
          <w:lang w:val="uk-UA"/>
        </w:rPr>
        <w:t>Git</w:t>
      </w:r>
      <w:proofErr w:type="spellEnd"/>
      <w:r w:rsidRPr="00816880">
        <w:rPr>
          <w:rFonts w:ascii="Times New Roman" w:hAnsi="Times New Roman"/>
          <w:spacing w:val="-4"/>
          <w:sz w:val="28"/>
          <w:szCs w:val="28"/>
          <w:lang w:val="uk-UA"/>
        </w:rPr>
        <w:t>, які дозволяють відслідковувати зміни в коді, зберігати історію версій та організовувати спільну роботу.</w:t>
      </w:r>
    </w:p>
    <w:p w:rsidR="003363FB" w:rsidRPr="00816880" w:rsidRDefault="003363FB" w:rsidP="00C37C9F">
      <w:pPr>
        <w:spacing w:after="0" w:line="240" w:lineRule="auto"/>
        <w:ind w:firstLine="567"/>
        <w:jc w:val="both"/>
        <w:rPr>
          <w:rFonts w:ascii="Times New Roman" w:hAnsi="Times New Roman"/>
          <w:b/>
          <w:bCs/>
          <w:sz w:val="28"/>
          <w:szCs w:val="28"/>
          <w:lang w:val="uk-UA"/>
        </w:rPr>
      </w:pPr>
      <w:r w:rsidRPr="00816880">
        <w:rPr>
          <w:rFonts w:ascii="Times New Roman" w:hAnsi="Times New Roman"/>
          <w:b/>
          <w:bCs/>
          <w:sz w:val="28"/>
          <w:szCs w:val="28"/>
          <w:lang w:val="uk-UA"/>
        </w:rPr>
        <w:lastRenderedPageBreak/>
        <w:t>Практичні рекомендації для підтримання балансу між функціональною та естетичною складовою</w:t>
      </w:r>
    </w:p>
    <w:p w:rsidR="006761EB" w:rsidRPr="00816880" w:rsidRDefault="003363FB" w:rsidP="00C37C9F">
      <w:pPr>
        <w:spacing w:after="0" w:line="240" w:lineRule="auto"/>
        <w:ind w:firstLine="567"/>
        <w:jc w:val="both"/>
        <w:rPr>
          <w:rFonts w:ascii="Times New Roman" w:hAnsi="Times New Roman"/>
          <w:sz w:val="28"/>
          <w:szCs w:val="28"/>
          <w:lang w:val="uk-UA"/>
        </w:rPr>
      </w:pPr>
      <w:r w:rsidRPr="00816880">
        <w:rPr>
          <w:rFonts w:ascii="Times New Roman" w:hAnsi="Times New Roman"/>
          <w:sz w:val="28"/>
          <w:szCs w:val="28"/>
          <w:lang w:val="uk-UA"/>
        </w:rPr>
        <w:t>Розглядаються стратегії, що дозволяють знайти компроміс між функціональністю та естетикою коду, включаючи:</w:t>
      </w:r>
    </w:p>
    <w:p w:rsidR="000D70F5" w:rsidRPr="00816880" w:rsidRDefault="006761EB" w:rsidP="00C37C9F">
      <w:pPr>
        <w:pStyle w:val="ae"/>
        <w:numPr>
          <w:ilvl w:val="0"/>
          <w:numId w:val="20"/>
        </w:numPr>
        <w:spacing w:line="240" w:lineRule="auto"/>
        <w:ind w:left="0" w:firstLine="567"/>
        <w:jc w:val="both"/>
        <w:rPr>
          <w:rFonts w:ascii="Times New Roman" w:hAnsi="Times New Roman"/>
          <w:sz w:val="28"/>
          <w:szCs w:val="28"/>
          <w:lang w:val="uk-UA"/>
        </w:rPr>
      </w:pPr>
      <w:r w:rsidRPr="00816880">
        <w:rPr>
          <w:rFonts w:ascii="Times New Roman" w:hAnsi="Times New Roman"/>
          <w:sz w:val="28"/>
          <w:szCs w:val="28"/>
          <w:lang w:val="uk-UA"/>
        </w:rPr>
        <w:t xml:space="preserve">принципи «чистого коду»: акцент на мінімізації зайвих операцій, спрощенні конструкцій і підтримці коду в чистому, логічному вигляді; </w:t>
      </w:r>
    </w:p>
    <w:p w:rsidR="000D70F5" w:rsidRPr="00816880" w:rsidRDefault="006761EB" w:rsidP="00C37C9F">
      <w:pPr>
        <w:pStyle w:val="ae"/>
        <w:numPr>
          <w:ilvl w:val="0"/>
          <w:numId w:val="20"/>
        </w:numPr>
        <w:spacing w:line="240" w:lineRule="auto"/>
        <w:ind w:left="0" w:firstLine="567"/>
        <w:jc w:val="both"/>
        <w:rPr>
          <w:rFonts w:ascii="Times New Roman" w:hAnsi="Times New Roman"/>
          <w:sz w:val="28"/>
          <w:szCs w:val="28"/>
          <w:lang w:val="uk-UA"/>
        </w:rPr>
      </w:pPr>
      <w:r w:rsidRPr="00816880">
        <w:rPr>
          <w:rFonts w:ascii="Times New Roman" w:hAnsi="Times New Roman"/>
          <w:sz w:val="28"/>
          <w:szCs w:val="28"/>
          <w:lang w:val="uk-UA"/>
        </w:rPr>
        <w:t xml:space="preserve">чітке розмежування логіки: виділення функцій для окремих завдань і використання модульності, що покращує як структуру, так і продуктивність; впровадження </w:t>
      </w:r>
      <w:proofErr w:type="spellStart"/>
      <w:r w:rsidRPr="00816880">
        <w:rPr>
          <w:rFonts w:ascii="Times New Roman" w:hAnsi="Times New Roman"/>
          <w:sz w:val="28"/>
          <w:szCs w:val="28"/>
          <w:lang w:val="uk-UA"/>
        </w:rPr>
        <w:t>Code</w:t>
      </w:r>
      <w:proofErr w:type="spellEnd"/>
      <w:r w:rsidRPr="00816880">
        <w:rPr>
          <w:rFonts w:ascii="Times New Roman" w:hAnsi="Times New Roman"/>
          <w:sz w:val="28"/>
          <w:szCs w:val="28"/>
          <w:lang w:val="uk-UA"/>
        </w:rPr>
        <w:t xml:space="preserve"> </w:t>
      </w:r>
      <w:proofErr w:type="spellStart"/>
      <w:r w:rsidRPr="00816880">
        <w:rPr>
          <w:rFonts w:ascii="Times New Roman" w:hAnsi="Times New Roman"/>
          <w:sz w:val="28"/>
          <w:szCs w:val="28"/>
          <w:lang w:val="uk-UA"/>
        </w:rPr>
        <w:t>Review</w:t>
      </w:r>
      <w:proofErr w:type="spellEnd"/>
      <w:r w:rsidRPr="00816880">
        <w:rPr>
          <w:rFonts w:ascii="Times New Roman" w:hAnsi="Times New Roman"/>
          <w:sz w:val="28"/>
          <w:szCs w:val="28"/>
          <w:lang w:val="uk-UA"/>
        </w:rPr>
        <w:t xml:space="preserve">: </w:t>
      </w:r>
    </w:p>
    <w:p w:rsidR="003363FB" w:rsidRPr="00816880" w:rsidRDefault="006761EB" w:rsidP="00C37C9F">
      <w:pPr>
        <w:pStyle w:val="ae"/>
        <w:numPr>
          <w:ilvl w:val="0"/>
          <w:numId w:val="20"/>
        </w:numPr>
        <w:spacing w:line="240" w:lineRule="auto"/>
        <w:ind w:left="0" w:firstLine="567"/>
        <w:jc w:val="both"/>
        <w:rPr>
          <w:rFonts w:ascii="Times New Roman" w:hAnsi="Times New Roman"/>
          <w:sz w:val="28"/>
          <w:szCs w:val="28"/>
          <w:lang w:val="uk-UA"/>
        </w:rPr>
      </w:pPr>
      <w:r w:rsidRPr="00816880">
        <w:rPr>
          <w:rFonts w:ascii="Times New Roman" w:hAnsi="Times New Roman"/>
          <w:sz w:val="28"/>
          <w:szCs w:val="28"/>
          <w:lang w:val="uk-UA"/>
        </w:rPr>
        <w:t>систематичний перегляд коду членами команди для забезпечення як функціональної оптимізації, так і дотримання естетичних стандартів.</w:t>
      </w:r>
    </w:p>
    <w:p w:rsidR="00C37C9F" w:rsidRPr="00816880" w:rsidRDefault="00C37C9F" w:rsidP="00C37C9F">
      <w:pPr>
        <w:pStyle w:val="ae"/>
        <w:spacing w:after="0" w:line="240" w:lineRule="auto"/>
        <w:ind w:left="714"/>
        <w:jc w:val="both"/>
        <w:rPr>
          <w:rFonts w:ascii="Times New Roman" w:hAnsi="Times New Roman"/>
          <w:sz w:val="28"/>
          <w:szCs w:val="28"/>
          <w:lang w:val="uk-UA"/>
        </w:rPr>
      </w:pPr>
    </w:p>
    <w:p w:rsidR="005F3166" w:rsidRPr="00816880" w:rsidRDefault="005F3166" w:rsidP="00C37C9F">
      <w:pPr>
        <w:spacing w:after="0" w:line="240" w:lineRule="auto"/>
        <w:ind w:firstLine="567"/>
        <w:jc w:val="both"/>
        <w:rPr>
          <w:rFonts w:ascii="Times New Roman" w:hAnsi="Times New Roman"/>
          <w:b/>
          <w:bCs/>
          <w:sz w:val="28"/>
          <w:szCs w:val="28"/>
          <w:lang w:val="uk-UA"/>
        </w:rPr>
      </w:pPr>
      <w:r w:rsidRPr="00816880">
        <w:rPr>
          <w:rFonts w:ascii="Times New Roman" w:hAnsi="Times New Roman"/>
          <w:b/>
          <w:bCs/>
          <w:sz w:val="28"/>
          <w:szCs w:val="28"/>
          <w:lang w:val="uk-UA"/>
        </w:rPr>
        <w:t>Розв’язання поставленої задачі</w:t>
      </w:r>
    </w:p>
    <w:p w:rsidR="005F3166" w:rsidRPr="00816880" w:rsidRDefault="005F3166" w:rsidP="00C37C9F">
      <w:pPr>
        <w:spacing w:after="0" w:line="240" w:lineRule="auto"/>
        <w:ind w:firstLine="567"/>
        <w:jc w:val="both"/>
        <w:rPr>
          <w:rFonts w:ascii="Times New Roman" w:hAnsi="Times New Roman"/>
          <w:sz w:val="28"/>
          <w:szCs w:val="28"/>
          <w:lang w:val="uk-UA"/>
        </w:rPr>
      </w:pPr>
      <w:r w:rsidRPr="00816880">
        <w:rPr>
          <w:rFonts w:ascii="Times New Roman" w:hAnsi="Times New Roman"/>
          <w:sz w:val="28"/>
          <w:szCs w:val="28"/>
          <w:lang w:val="uk-UA"/>
        </w:rPr>
        <w:t>Розв'язання задачі включає інтеграцію двох основних напрямків: покращення продуктивності та забезпечення високої якості коду з точки зору його читабельності та підтримки. Основні етапи розв'язання задачі</w:t>
      </w:r>
      <w:r w:rsidR="00C37C9F" w:rsidRPr="00816880">
        <w:rPr>
          <w:rFonts w:ascii="Times New Roman" w:hAnsi="Times New Roman"/>
          <w:sz w:val="28"/>
          <w:szCs w:val="28"/>
          <w:lang w:val="uk-UA"/>
        </w:rPr>
        <w:t xml:space="preserve"> наступні.</w:t>
      </w:r>
    </w:p>
    <w:p w:rsidR="005F3166" w:rsidRPr="00816880" w:rsidRDefault="00C37C9F" w:rsidP="00C37C9F">
      <w:pPr>
        <w:pStyle w:val="ae"/>
        <w:numPr>
          <w:ilvl w:val="0"/>
          <w:numId w:val="27"/>
        </w:numPr>
        <w:spacing w:after="0" w:line="240" w:lineRule="auto"/>
        <w:jc w:val="both"/>
        <w:rPr>
          <w:rFonts w:ascii="Times New Roman" w:hAnsi="Times New Roman"/>
          <w:i/>
          <w:sz w:val="28"/>
          <w:szCs w:val="28"/>
          <w:lang w:val="uk-UA"/>
        </w:rPr>
      </w:pPr>
      <w:r w:rsidRPr="00816880">
        <w:rPr>
          <w:rFonts w:ascii="Times New Roman" w:hAnsi="Times New Roman"/>
          <w:i/>
          <w:sz w:val="28"/>
          <w:szCs w:val="28"/>
          <w:lang w:val="uk-UA"/>
        </w:rPr>
        <w:t xml:space="preserve">Оптимізація </w:t>
      </w:r>
      <w:r w:rsidR="005F3166" w:rsidRPr="00816880">
        <w:rPr>
          <w:rFonts w:ascii="Times New Roman" w:hAnsi="Times New Roman"/>
          <w:i/>
          <w:sz w:val="28"/>
          <w:szCs w:val="28"/>
          <w:lang w:val="uk-UA"/>
        </w:rPr>
        <w:t>функціональної складової:</w:t>
      </w:r>
    </w:p>
    <w:p w:rsidR="005F3166" w:rsidRPr="00816880" w:rsidRDefault="00595F4C" w:rsidP="00C37C9F">
      <w:pPr>
        <w:pStyle w:val="ae"/>
        <w:numPr>
          <w:ilvl w:val="0"/>
          <w:numId w:val="20"/>
        </w:numPr>
        <w:spacing w:line="240" w:lineRule="auto"/>
        <w:ind w:left="0" w:firstLine="567"/>
        <w:jc w:val="both"/>
        <w:rPr>
          <w:rFonts w:ascii="Times New Roman" w:hAnsi="Times New Roman"/>
          <w:sz w:val="28"/>
          <w:szCs w:val="28"/>
          <w:lang w:val="uk-UA"/>
        </w:rPr>
      </w:pPr>
      <w:r w:rsidRPr="00816880">
        <w:rPr>
          <w:rFonts w:ascii="Times New Roman" w:hAnsi="Times New Roman"/>
          <w:sz w:val="28"/>
          <w:szCs w:val="28"/>
          <w:lang w:val="uk-UA"/>
        </w:rPr>
        <w:t>в</w:t>
      </w:r>
      <w:r w:rsidR="005F3166" w:rsidRPr="00816880">
        <w:rPr>
          <w:rFonts w:ascii="Times New Roman" w:hAnsi="Times New Roman"/>
          <w:sz w:val="28"/>
          <w:szCs w:val="28"/>
          <w:lang w:val="uk-UA"/>
        </w:rPr>
        <w:t xml:space="preserve">ибір найбільш ефективних алгоритмів для виконання певних операцій (наприклад, використання алгоритмів сортування з меншою </w:t>
      </w:r>
      <w:r w:rsidR="0010738A" w:rsidRPr="005A05D4">
        <w:rPr>
          <w:rFonts w:ascii="Times New Roman" w:hAnsi="Times New Roman"/>
          <w:sz w:val="28"/>
          <w:szCs w:val="28"/>
          <w:lang w:val="uk-UA"/>
        </w:rPr>
        <w:t>складністю)</w:t>
      </w:r>
      <w:r w:rsidR="0010738A">
        <w:rPr>
          <w:rFonts w:ascii="Times New Roman" w:hAnsi="Times New Roman"/>
          <w:sz w:val="28"/>
          <w:szCs w:val="28"/>
          <w:lang w:val="uk-UA"/>
        </w:rPr>
        <w:t xml:space="preserve"> </w:t>
      </w:r>
      <w:r w:rsidR="0010738A" w:rsidRPr="00D8545D">
        <w:rPr>
          <w:rFonts w:ascii="Times New Roman" w:hAnsi="Times New Roman"/>
          <w:sz w:val="28"/>
          <w:szCs w:val="28"/>
          <w:lang w:val="uk-UA"/>
        </w:rPr>
        <w:t>[4]</w:t>
      </w:r>
      <w:r w:rsidRPr="00816880">
        <w:rPr>
          <w:rFonts w:ascii="Times New Roman" w:hAnsi="Times New Roman"/>
          <w:sz w:val="28"/>
          <w:szCs w:val="28"/>
          <w:lang w:val="uk-UA"/>
        </w:rPr>
        <w:t>;</w:t>
      </w:r>
    </w:p>
    <w:p w:rsidR="005F3166" w:rsidRPr="00816880" w:rsidRDefault="00595F4C" w:rsidP="00C37C9F">
      <w:pPr>
        <w:pStyle w:val="ae"/>
        <w:numPr>
          <w:ilvl w:val="0"/>
          <w:numId w:val="20"/>
        </w:numPr>
        <w:spacing w:line="240" w:lineRule="auto"/>
        <w:ind w:left="0" w:firstLine="567"/>
        <w:jc w:val="both"/>
        <w:rPr>
          <w:rFonts w:ascii="Times New Roman" w:hAnsi="Times New Roman"/>
          <w:sz w:val="28"/>
          <w:szCs w:val="28"/>
          <w:lang w:val="uk-UA"/>
        </w:rPr>
      </w:pPr>
      <w:r w:rsidRPr="00816880">
        <w:rPr>
          <w:rFonts w:ascii="Times New Roman" w:hAnsi="Times New Roman"/>
          <w:sz w:val="28"/>
          <w:szCs w:val="28"/>
          <w:lang w:val="uk-UA"/>
        </w:rPr>
        <w:t>в</w:t>
      </w:r>
      <w:r w:rsidR="005F3166" w:rsidRPr="00816880">
        <w:rPr>
          <w:rFonts w:ascii="Times New Roman" w:hAnsi="Times New Roman"/>
          <w:sz w:val="28"/>
          <w:szCs w:val="28"/>
          <w:lang w:val="uk-UA"/>
        </w:rPr>
        <w:t xml:space="preserve">икористання </w:t>
      </w:r>
      <w:proofErr w:type="spellStart"/>
      <w:r w:rsidR="005F3166" w:rsidRPr="00816880">
        <w:rPr>
          <w:rFonts w:ascii="Times New Roman" w:hAnsi="Times New Roman"/>
          <w:sz w:val="28"/>
          <w:szCs w:val="28"/>
          <w:lang w:val="uk-UA"/>
        </w:rPr>
        <w:t>кешування</w:t>
      </w:r>
      <w:proofErr w:type="spellEnd"/>
      <w:r w:rsidR="005F3166" w:rsidRPr="00816880">
        <w:rPr>
          <w:rFonts w:ascii="Times New Roman" w:hAnsi="Times New Roman"/>
          <w:sz w:val="28"/>
          <w:szCs w:val="28"/>
          <w:lang w:val="uk-UA"/>
        </w:rPr>
        <w:t xml:space="preserve"> результатів обчислень, що дозволяє знизити кількість повторних операцій</w:t>
      </w:r>
      <w:r w:rsidRPr="00816880">
        <w:rPr>
          <w:rFonts w:ascii="Times New Roman" w:hAnsi="Times New Roman"/>
          <w:sz w:val="28"/>
          <w:szCs w:val="28"/>
          <w:lang w:val="uk-UA"/>
        </w:rPr>
        <w:t>;</w:t>
      </w:r>
    </w:p>
    <w:p w:rsidR="005F3166" w:rsidRPr="00816880" w:rsidRDefault="00595F4C" w:rsidP="00C37C9F">
      <w:pPr>
        <w:pStyle w:val="ae"/>
        <w:numPr>
          <w:ilvl w:val="0"/>
          <w:numId w:val="20"/>
        </w:numPr>
        <w:spacing w:line="240" w:lineRule="auto"/>
        <w:ind w:left="0" w:firstLine="567"/>
        <w:jc w:val="both"/>
        <w:rPr>
          <w:rFonts w:ascii="Times New Roman" w:hAnsi="Times New Roman"/>
          <w:sz w:val="28"/>
          <w:szCs w:val="28"/>
          <w:lang w:val="uk-UA"/>
        </w:rPr>
      </w:pPr>
      <w:r w:rsidRPr="00816880">
        <w:rPr>
          <w:rFonts w:ascii="Times New Roman" w:hAnsi="Times New Roman"/>
          <w:sz w:val="28"/>
          <w:szCs w:val="28"/>
          <w:lang w:val="uk-UA"/>
        </w:rPr>
        <w:t>з</w:t>
      </w:r>
      <w:r w:rsidR="005F3166" w:rsidRPr="00816880">
        <w:rPr>
          <w:rFonts w:ascii="Times New Roman" w:hAnsi="Times New Roman"/>
          <w:sz w:val="28"/>
          <w:szCs w:val="28"/>
          <w:lang w:val="uk-UA"/>
        </w:rPr>
        <w:t>астосування методів паралельної та розподіленої обробки для скорочення часу виконання програм.</w:t>
      </w:r>
    </w:p>
    <w:p w:rsidR="00595F4C" w:rsidRPr="00816880" w:rsidRDefault="00C37C9F" w:rsidP="00C37C9F">
      <w:pPr>
        <w:pStyle w:val="ae"/>
        <w:numPr>
          <w:ilvl w:val="0"/>
          <w:numId w:val="27"/>
        </w:numPr>
        <w:spacing w:after="0" w:line="240" w:lineRule="auto"/>
        <w:jc w:val="both"/>
        <w:rPr>
          <w:rFonts w:ascii="Times New Roman" w:hAnsi="Times New Roman"/>
          <w:i/>
          <w:sz w:val="28"/>
          <w:szCs w:val="28"/>
          <w:lang w:val="uk-UA"/>
        </w:rPr>
      </w:pPr>
      <w:r w:rsidRPr="00816880">
        <w:rPr>
          <w:rFonts w:ascii="Times New Roman" w:hAnsi="Times New Roman"/>
          <w:i/>
          <w:sz w:val="28"/>
          <w:szCs w:val="28"/>
          <w:lang w:val="uk-UA"/>
        </w:rPr>
        <w:t xml:space="preserve">Оптимізація </w:t>
      </w:r>
      <w:r w:rsidR="005F3166" w:rsidRPr="00816880">
        <w:rPr>
          <w:rFonts w:ascii="Times New Roman" w:hAnsi="Times New Roman"/>
          <w:i/>
          <w:sz w:val="28"/>
          <w:szCs w:val="28"/>
          <w:lang w:val="uk-UA"/>
        </w:rPr>
        <w:t>естетичної складової:</w:t>
      </w:r>
      <w:r w:rsidR="00595F4C" w:rsidRPr="00816880">
        <w:rPr>
          <w:rFonts w:ascii="Times New Roman" w:hAnsi="Times New Roman"/>
          <w:i/>
          <w:sz w:val="28"/>
          <w:szCs w:val="28"/>
          <w:lang w:val="uk-UA"/>
        </w:rPr>
        <w:t xml:space="preserve"> </w:t>
      </w:r>
    </w:p>
    <w:p w:rsidR="000D70F5" w:rsidRPr="00816880" w:rsidRDefault="00595F4C" w:rsidP="00C37C9F">
      <w:pPr>
        <w:pStyle w:val="ae"/>
        <w:numPr>
          <w:ilvl w:val="0"/>
          <w:numId w:val="20"/>
        </w:numPr>
        <w:spacing w:line="240" w:lineRule="auto"/>
        <w:ind w:left="0" w:firstLine="567"/>
        <w:jc w:val="both"/>
        <w:rPr>
          <w:rFonts w:ascii="Times New Roman" w:hAnsi="Times New Roman"/>
          <w:sz w:val="28"/>
          <w:szCs w:val="28"/>
          <w:lang w:val="uk-UA"/>
        </w:rPr>
      </w:pPr>
      <w:r w:rsidRPr="00816880">
        <w:rPr>
          <w:rFonts w:ascii="Times New Roman" w:hAnsi="Times New Roman"/>
          <w:sz w:val="28"/>
          <w:szCs w:val="28"/>
          <w:lang w:val="uk-UA"/>
        </w:rPr>
        <w:t xml:space="preserve">встановлення чітких стандартів кодування, що забезпечує однорідність стилю серед усіх учасників </w:t>
      </w:r>
      <w:proofErr w:type="spellStart"/>
      <w:r w:rsidRPr="00816880">
        <w:rPr>
          <w:rFonts w:ascii="Times New Roman" w:hAnsi="Times New Roman"/>
          <w:sz w:val="28"/>
          <w:szCs w:val="28"/>
          <w:lang w:val="uk-UA"/>
        </w:rPr>
        <w:t>проєкту</w:t>
      </w:r>
      <w:proofErr w:type="spellEnd"/>
      <w:r w:rsidRPr="00816880">
        <w:rPr>
          <w:rFonts w:ascii="Times New Roman" w:hAnsi="Times New Roman"/>
          <w:sz w:val="28"/>
          <w:szCs w:val="28"/>
          <w:lang w:val="uk-UA"/>
        </w:rPr>
        <w:t>;</w:t>
      </w:r>
    </w:p>
    <w:p w:rsidR="000D70F5" w:rsidRPr="00816880" w:rsidRDefault="00595F4C" w:rsidP="00C37C9F">
      <w:pPr>
        <w:pStyle w:val="ae"/>
        <w:numPr>
          <w:ilvl w:val="0"/>
          <w:numId w:val="20"/>
        </w:numPr>
        <w:spacing w:line="240" w:lineRule="auto"/>
        <w:ind w:left="0" w:firstLine="567"/>
        <w:jc w:val="both"/>
        <w:rPr>
          <w:rFonts w:ascii="Times New Roman" w:hAnsi="Times New Roman"/>
          <w:sz w:val="28"/>
          <w:szCs w:val="28"/>
          <w:lang w:val="uk-UA"/>
        </w:rPr>
      </w:pPr>
      <w:r w:rsidRPr="00816880">
        <w:rPr>
          <w:rFonts w:ascii="Times New Roman" w:hAnsi="Times New Roman"/>
          <w:sz w:val="28"/>
          <w:szCs w:val="28"/>
          <w:lang w:val="uk-UA"/>
        </w:rPr>
        <w:t xml:space="preserve">впровадження автоматизованих інструментів для форматування коду, що дозволяє зберігати його в зручному та структурованому </w:t>
      </w:r>
      <w:r w:rsidR="0010738A" w:rsidRPr="005A05D4">
        <w:rPr>
          <w:rFonts w:ascii="Times New Roman" w:hAnsi="Times New Roman"/>
          <w:sz w:val="28"/>
          <w:szCs w:val="28"/>
          <w:lang w:val="uk-UA"/>
        </w:rPr>
        <w:t>вигляді</w:t>
      </w:r>
      <w:r w:rsidR="0010738A">
        <w:rPr>
          <w:rFonts w:ascii="Times New Roman" w:hAnsi="Times New Roman"/>
          <w:sz w:val="28"/>
          <w:szCs w:val="28"/>
          <w:lang w:val="uk-UA"/>
        </w:rPr>
        <w:t xml:space="preserve"> </w:t>
      </w:r>
      <w:r w:rsidR="0010738A" w:rsidRPr="00D8545D">
        <w:rPr>
          <w:rFonts w:ascii="Times New Roman" w:hAnsi="Times New Roman"/>
          <w:sz w:val="28"/>
          <w:szCs w:val="28"/>
          <w:lang w:val="ru-RU"/>
        </w:rPr>
        <w:t>[</w:t>
      </w:r>
      <w:r w:rsidR="0010738A">
        <w:rPr>
          <w:rFonts w:ascii="Times New Roman" w:hAnsi="Times New Roman"/>
          <w:sz w:val="28"/>
          <w:szCs w:val="28"/>
        </w:rPr>
        <w:t>5</w:t>
      </w:r>
      <w:r w:rsidR="0010738A" w:rsidRPr="00D8545D">
        <w:rPr>
          <w:rFonts w:ascii="Times New Roman" w:hAnsi="Times New Roman"/>
          <w:sz w:val="28"/>
          <w:szCs w:val="28"/>
          <w:lang w:val="ru-RU"/>
        </w:rPr>
        <w:t>]</w:t>
      </w:r>
      <w:r w:rsidRPr="00816880">
        <w:rPr>
          <w:rFonts w:ascii="Times New Roman" w:hAnsi="Times New Roman"/>
          <w:sz w:val="28"/>
          <w:szCs w:val="28"/>
          <w:lang w:val="uk-UA"/>
        </w:rPr>
        <w:t>;</w:t>
      </w:r>
    </w:p>
    <w:p w:rsidR="000D70F5" w:rsidRPr="00816880" w:rsidRDefault="00595F4C" w:rsidP="00C37C9F">
      <w:pPr>
        <w:pStyle w:val="ae"/>
        <w:numPr>
          <w:ilvl w:val="0"/>
          <w:numId w:val="20"/>
        </w:numPr>
        <w:spacing w:line="240" w:lineRule="auto"/>
        <w:ind w:left="0" w:firstLine="567"/>
        <w:jc w:val="both"/>
        <w:rPr>
          <w:rFonts w:ascii="Times New Roman" w:hAnsi="Times New Roman"/>
          <w:sz w:val="28"/>
          <w:szCs w:val="28"/>
          <w:lang w:val="uk-UA"/>
        </w:rPr>
      </w:pPr>
      <w:r w:rsidRPr="00816880">
        <w:rPr>
          <w:rFonts w:ascii="Times New Roman" w:hAnsi="Times New Roman"/>
          <w:sz w:val="28"/>
          <w:szCs w:val="28"/>
          <w:lang w:val="uk-UA"/>
        </w:rPr>
        <w:t>використання коментарів та документації для пояснення складних частин коду, що сприяє легшому розумінню й підтримці.</w:t>
      </w:r>
    </w:p>
    <w:p w:rsidR="00C37C9F" w:rsidRPr="00816880" w:rsidRDefault="00C37C9F" w:rsidP="00C37C9F">
      <w:pPr>
        <w:pStyle w:val="ae"/>
        <w:numPr>
          <w:ilvl w:val="0"/>
          <w:numId w:val="27"/>
        </w:numPr>
        <w:spacing w:after="0" w:line="240" w:lineRule="auto"/>
        <w:jc w:val="both"/>
        <w:rPr>
          <w:rFonts w:ascii="Times New Roman" w:hAnsi="Times New Roman"/>
          <w:i/>
          <w:sz w:val="28"/>
          <w:szCs w:val="28"/>
          <w:lang w:val="uk-UA"/>
        </w:rPr>
      </w:pPr>
      <w:r w:rsidRPr="00816880">
        <w:rPr>
          <w:rFonts w:ascii="Times New Roman" w:hAnsi="Times New Roman"/>
          <w:i/>
          <w:sz w:val="28"/>
          <w:szCs w:val="28"/>
          <w:lang w:val="uk-UA"/>
        </w:rPr>
        <w:t xml:space="preserve">Інтеграція </w:t>
      </w:r>
      <w:r w:rsidR="005F3166" w:rsidRPr="00816880">
        <w:rPr>
          <w:rFonts w:ascii="Times New Roman" w:hAnsi="Times New Roman"/>
          <w:i/>
          <w:sz w:val="28"/>
          <w:szCs w:val="28"/>
          <w:lang w:val="uk-UA"/>
        </w:rPr>
        <w:t xml:space="preserve">підходів: </w:t>
      </w:r>
    </w:p>
    <w:p w:rsidR="005F3166" w:rsidRDefault="00C37C9F" w:rsidP="00716FF5">
      <w:pPr>
        <w:spacing w:after="0" w:line="240" w:lineRule="auto"/>
        <w:ind w:firstLine="646"/>
        <w:jc w:val="both"/>
        <w:rPr>
          <w:rFonts w:ascii="Times New Roman" w:hAnsi="Times New Roman"/>
          <w:sz w:val="28"/>
          <w:szCs w:val="28"/>
          <w:lang w:val="uk-UA"/>
        </w:rPr>
      </w:pPr>
      <w:r w:rsidRPr="00816880">
        <w:rPr>
          <w:rFonts w:ascii="Times New Roman" w:hAnsi="Times New Roman"/>
          <w:sz w:val="28"/>
          <w:szCs w:val="28"/>
          <w:lang w:val="uk-UA"/>
        </w:rPr>
        <w:t xml:space="preserve">- </w:t>
      </w:r>
      <w:r w:rsidR="005F3166" w:rsidRPr="00816880">
        <w:rPr>
          <w:rFonts w:ascii="Times New Roman" w:hAnsi="Times New Roman"/>
          <w:sz w:val="28"/>
          <w:szCs w:val="28"/>
          <w:lang w:val="uk-UA"/>
        </w:rPr>
        <w:t>визначення рівня оптимізації для кожного конкретного випадку, щоб уникнути надмірної складності або "перебільшеної" оптимізації, що може ускладнити читання коду.</w:t>
      </w:r>
    </w:p>
    <w:p w:rsidR="00716FF5" w:rsidRPr="00816880" w:rsidRDefault="00716FF5" w:rsidP="00716FF5">
      <w:pPr>
        <w:spacing w:after="0" w:line="240" w:lineRule="auto"/>
        <w:ind w:firstLine="646"/>
        <w:jc w:val="both"/>
        <w:rPr>
          <w:rFonts w:ascii="Times New Roman" w:hAnsi="Times New Roman"/>
          <w:sz w:val="28"/>
          <w:szCs w:val="28"/>
          <w:lang w:val="uk-UA"/>
        </w:rPr>
      </w:pPr>
    </w:p>
    <w:p w:rsidR="005F3166" w:rsidRPr="00816880" w:rsidRDefault="005F3166" w:rsidP="00716FF5">
      <w:pPr>
        <w:spacing w:after="0" w:line="240" w:lineRule="auto"/>
        <w:ind w:firstLine="720"/>
        <w:jc w:val="both"/>
        <w:rPr>
          <w:rFonts w:ascii="Times New Roman" w:hAnsi="Times New Roman"/>
          <w:b/>
          <w:bCs/>
          <w:sz w:val="28"/>
          <w:szCs w:val="28"/>
          <w:lang w:val="uk-UA"/>
        </w:rPr>
      </w:pPr>
      <w:r w:rsidRPr="00816880">
        <w:rPr>
          <w:rFonts w:ascii="Times New Roman" w:hAnsi="Times New Roman"/>
          <w:b/>
          <w:bCs/>
          <w:sz w:val="28"/>
          <w:szCs w:val="28"/>
          <w:lang w:val="uk-UA"/>
        </w:rPr>
        <w:t>Приклади застосування отриманих ре</w:t>
      </w:r>
      <w:bookmarkStart w:id="0" w:name="_GoBack"/>
      <w:bookmarkEnd w:id="0"/>
      <w:r w:rsidRPr="00816880">
        <w:rPr>
          <w:rFonts w:ascii="Times New Roman" w:hAnsi="Times New Roman"/>
          <w:b/>
          <w:bCs/>
          <w:sz w:val="28"/>
          <w:szCs w:val="28"/>
          <w:lang w:val="uk-UA"/>
        </w:rPr>
        <w:t>зультатів</w:t>
      </w:r>
    </w:p>
    <w:p w:rsidR="005F3166" w:rsidRPr="00816880" w:rsidRDefault="005F3166" w:rsidP="00716FF5">
      <w:pPr>
        <w:spacing w:after="0" w:line="240" w:lineRule="auto"/>
        <w:ind w:firstLine="720"/>
        <w:jc w:val="both"/>
        <w:rPr>
          <w:rFonts w:ascii="Times New Roman" w:hAnsi="Times New Roman"/>
          <w:sz w:val="28"/>
          <w:szCs w:val="28"/>
          <w:lang w:val="uk-UA"/>
        </w:rPr>
      </w:pPr>
      <w:r w:rsidRPr="00816880">
        <w:rPr>
          <w:rFonts w:ascii="Times New Roman" w:hAnsi="Times New Roman"/>
          <w:sz w:val="28"/>
          <w:szCs w:val="28"/>
          <w:lang w:val="uk-UA"/>
        </w:rPr>
        <w:t>Оптимізація алгоритмів для обробки даних: У розробці великої аналітичної системи для обробки великих масивів даних було впроваджено алгоритми, що скоротили час виконання пошуку та сортування даних.</w:t>
      </w:r>
    </w:p>
    <w:p w:rsidR="005F3166" w:rsidRPr="00816880" w:rsidRDefault="005F3166" w:rsidP="00007AB0">
      <w:pPr>
        <w:spacing w:after="0" w:line="240" w:lineRule="auto"/>
        <w:ind w:firstLine="720"/>
        <w:jc w:val="both"/>
        <w:rPr>
          <w:rFonts w:ascii="Times New Roman" w:hAnsi="Times New Roman"/>
          <w:sz w:val="28"/>
          <w:szCs w:val="28"/>
          <w:lang w:val="uk-UA"/>
        </w:rPr>
      </w:pPr>
      <w:r w:rsidRPr="00816880">
        <w:rPr>
          <w:rFonts w:ascii="Times New Roman" w:hAnsi="Times New Roman"/>
          <w:sz w:val="28"/>
          <w:szCs w:val="28"/>
          <w:lang w:val="uk-UA"/>
        </w:rPr>
        <w:lastRenderedPageBreak/>
        <w:t xml:space="preserve">Застосування стандартів кодування в командній розробці: </w:t>
      </w:r>
      <w:r w:rsidR="00007AB0" w:rsidRPr="00816880">
        <w:rPr>
          <w:rFonts w:ascii="Times New Roman" w:hAnsi="Times New Roman"/>
          <w:sz w:val="28"/>
          <w:szCs w:val="28"/>
          <w:lang w:val="uk-UA"/>
        </w:rPr>
        <w:t>у</w:t>
      </w:r>
      <w:r w:rsidRPr="00816880">
        <w:rPr>
          <w:rFonts w:ascii="Times New Roman" w:hAnsi="Times New Roman"/>
          <w:sz w:val="28"/>
          <w:szCs w:val="28"/>
          <w:lang w:val="uk-UA"/>
        </w:rPr>
        <w:t xml:space="preserve"> </w:t>
      </w:r>
      <w:proofErr w:type="spellStart"/>
      <w:r w:rsidR="0068352A" w:rsidRPr="00816880">
        <w:rPr>
          <w:rFonts w:ascii="Times New Roman" w:hAnsi="Times New Roman"/>
          <w:sz w:val="28"/>
          <w:szCs w:val="28"/>
          <w:lang w:val="uk-UA"/>
        </w:rPr>
        <w:t>проєкт</w:t>
      </w:r>
      <w:r w:rsidR="001C63C2" w:rsidRPr="00816880">
        <w:rPr>
          <w:rFonts w:ascii="Times New Roman" w:hAnsi="Times New Roman"/>
          <w:sz w:val="28"/>
          <w:szCs w:val="28"/>
          <w:lang w:val="uk-UA"/>
        </w:rPr>
        <w:t>і</w:t>
      </w:r>
      <w:proofErr w:type="spellEnd"/>
      <w:r w:rsidR="001C63C2" w:rsidRPr="00816880">
        <w:rPr>
          <w:rFonts w:ascii="Times New Roman" w:hAnsi="Times New Roman"/>
          <w:sz w:val="28"/>
          <w:szCs w:val="28"/>
          <w:lang w:val="uk-UA"/>
        </w:rPr>
        <w:t xml:space="preserve"> з розробки </w:t>
      </w:r>
      <w:proofErr w:type="spellStart"/>
      <w:r w:rsidR="001C63C2" w:rsidRPr="00816880">
        <w:rPr>
          <w:rFonts w:ascii="Times New Roman" w:hAnsi="Times New Roman"/>
          <w:sz w:val="28"/>
          <w:szCs w:val="28"/>
          <w:lang w:val="uk-UA"/>
        </w:rPr>
        <w:t>веб</w:t>
      </w:r>
      <w:r w:rsidRPr="00816880">
        <w:rPr>
          <w:rFonts w:ascii="Times New Roman" w:hAnsi="Times New Roman"/>
          <w:sz w:val="28"/>
          <w:szCs w:val="28"/>
          <w:lang w:val="uk-UA"/>
        </w:rPr>
        <w:t>додатку</w:t>
      </w:r>
      <w:proofErr w:type="spellEnd"/>
      <w:r w:rsidRPr="00816880">
        <w:rPr>
          <w:rFonts w:ascii="Times New Roman" w:hAnsi="Times New Roman"/>
          <w:sz w:val="28"/>
          <w:szCs w:val="28"/>
          <w:lang w:val="uk-UA"/>
        </w:rPr>
        <w:t xml:space="preserve"> була впроваджена система перевірки стилю коду за допомогою інструментів статичного аналізу (наприклад, </w:t>
      </w:r>
      <w:proofErr w:type="spellStart"/>
      <w:r w:rsidRPr="00816880">
        <w:rPr>
          <w:rFonts w:ascii="Times New Roman" w:hAnsi="Times New Roman"/>
          <w:sz w:val="28"/>
          <w:szCs w:val="28"/>
          <w:lang w:val="uk-UA"/>
        </w:rPr>
        <w:t>ESLint</w:t>
      </w:r>
      <w:proofErr w:type="spellEnd"/>
      <w:r w:rsidRPr="00816880">
        <w:rPr>
          <w:rFonts w:ascii="Times New Roman" w:hAnsi="Times New Roman"/>
          <w:sz w:val="28"/>
          <w:szCs w:val="28"/>
          <w:lang w:val="uk-UA"/>
        </w:rPr>
        <w:t>), що дозволило забезпечити єдність стилю, покращити читабельність коду і знизити кількість помилок, пов'язаних з невірним форматуванням.</w:t>
      </w:r>
    </w:p>
    <w:p w:rsidR="00C37C9F" w:rsidRPr="00816880" w:rsidRDefault="00C37C9F" w:rsidP="00007AB0">
      <w:pPr>
        <w:spacing w:after="0" w:line="240" w:lineRule="auto"/>
        <w:ind w:firstLine="720"/>
        <w:jc w:val="both"/>
        <w:rPr>
          <w:rFonts w:ascii="Times New Roman" w:hAnsi="Times New Roman"/>
          <w:sz w:val="28"/>
          <w:szCs w:val="28"/>
          <w:lang w:val="uk-UA"/>
        </w:rPr>
      </w:pPr>
    </w:p>
    <w:p w:rsidR="005F3166" w:rsidRPr="00816880" w:rsidRDefault="005F3166" w:rsidP="00AD0365">
      <w:pPr>
        <w:spacing w:line="240" w:lineRule="auto"/>
        <w:ind w:firstLine="720"/>
        <w:jc w:val="both"/>
        <w:rPr>
          <w:rFonts w:ascii="Times New Roman" w:hAnsi="Times New Roman"/>
          <w:sz w:val="28"/>
          <w:szCs w:val="28"/>
          <w:lang w:val="uk-UA"/>
        </w:rPr>
      </w:pPr>
      <w:r w:rsidRPr="00816880">
        <w:rPr>
          <w:rFonts w:ascii="Times New Roman" w:hAnsi="Times New Roman"/>
          <w:b/>
          <w:bCs/>
          <w:sz w:val="28"/>
          <w:szCs w:val="28"/>
          <w:lang w:val="uk-UA"/>
        </w:rPr>
        <w:t>Висновки</w:t>
      </w:r>
    </w:p>
    <w:p w:rsidR="005F3166" w:rsidRPr="00816880" w:rsidRDefault="005F3166" w:rsidP="008B5E93">
      <w:pPr>
        <w:spacing w:after="0" w:line="240" w:lineRule="auto"/>
        <w:ind w:firstLine="720"/>
        <w:jc w:val="both"/>
        <w:rPr>
          <w:rFonts w:ascii="Times New Roman" w:hAnsi="Times New Roman"/>
          <w:sz w:val="28"/>
          <w:szCs w:val="28"/>
          <w:lang w:val="uk-UA"/>
        </w:rPr>
      </w:pPr>
      <w:r w:rsidRPr="00816880">
        <w:rPr>
          <w:rFonts w:ascii="Times New Roman" w:hAnsi="Times New Roman"/>
          <w:sz w:val="28"/>
          <w:szCs w:val="28"/>
          <w:lang w:val="uk-UA"/>
        </w:rPr>
        <w:t xml:space="preserve">У результаті проведеного дослідження було визначено та систематизовано основні методи оптимізації функціональної та естетичної складової програмного коду. Розглянуті інструменти та підходи дозволяють досягати значних покращень у продуктивності коду, одночасно підтримуючи високу якість його структури та читабельності. Застосування цих методів у реальних </w:t>
      </w:r>
      <w:proofErr w:type="spellStart"/>
      <w:r w:rsidRPr="00816880">
        <w:rPr>
          <w:rFonts w:ascii="Times New Roman" w:hAnsi="Times New Roman"/>
          <w:sz w:val="28"/>
          <w:szCs w:val="28"/>
          <w:lang w:val="uk-UA"/>
        </w:rPr>
        <w:t>проєктах</w:t>
      </w:r>
      <w:proofErr w:type="spellEnd"/>
      <w:r w:rsidRPr="00816880">
        <w:rPr>
          <w:rFonts w:ascii="Times New Roman" w:hAnsi="Times New Roman"/>
          <w:sz w:val="28"/>
          <w:szCs w:val="28"/>
          <w:lang w:val="uk-UA"/>
        </w:rPr>
        <w:t xml:space="preserve"> сприяє поліпшенню ефективності та зручності роботи над програмним забезпеченням, що має важливе значення для довгострокової підтримки та масштабування </w:t>
      </w:r>
      <w:proofErr w:type="spellStart"/>
      <w:r w:rsidRPr="00816880">
        <w:rPr>
          <w:rFonts w:ascii="Times New Roman" w:hAnsi="Times New Roman"/>
          <w:sz w:val="28"/>
          <w:szCs w:val="28"/>
          <w:lang w:val="uk-UA"/>
        </w:rPr>
        <w:t>проєктів</w:t>
      </w:r>
      <w:proofErr w:type="spellEnd"/>
      <w:r w:rsidRPr="00816880">
        <w:rPr>
          <w:rFonts w:ascii="Times New Roman" w:hAnsi="Times New Roman"/>
          <w:sz w:val="28"/>
          <w:szCs w:val="28"/>
          <w:lang w:val="uk-UA"/>
        </w:rPr>
        <w:t>.</w:t>
      </w:r>
    </w:p>
    <w:p w:rsidR="005F3166" w:rsidRPr="00816880" w:rsidRDefault="005F3166" w:rsidP="008B5E93">
      <w:pPr>
        <w:spacing w:after="0" w:line="240" w:lineRule="auto"/>
        <w:ind w:firstLine="720"/>
        <w:jc w:val="both"/>
        <w:rPr>
          <w:rFonts w:ascii="Times New Roman" w:hAnsi="Times New Roman"/>
          <w:sz w:val="28"/>
          <w:szCs w:val="28"/>
          <w:lang w:val="uk-UA"/>
        </w:rPr>
      </w:pPr>
      <w:r w:rsidRPr="00816880">
        <w:rPr>
          <w:rFonts w:ascii="Times New Roman" w:hAnsi="Times New Roman"/>
          <w:sz w:val="28"/>
          <w:szCs w:val="28"/>
          <w:lang w:val="uk-UA"/>
        </w:rPr>
        <w:t>Подальші дослідження можуть зосередитися на вивченні нових підходів до автоматизації оптимізації, зокрема у сфері штучного інтелекту та машинного навчання для автоматичного аналізу і покращення коду. Окремо варто вивчати взаємодію між оптимізацією коду та його впливом на енергоспоживання в сучасних комп’ютерних системах.</w:t>
      </w:r>
    </w:p>
    <w:p w:rsidR="008B5E93" w:rsidRPr="00816880" w:rsidRDefault="008B5E93" w:rsidP="008B5E93">
      <w:pPr>
        <w:spacing w:after="0" w:line="240" w:lineRule="auto"/>
        <w:ind w:firstLine="720"/>
        <w:jc w:val="both"/>
        <w:rPr>
          <w:rFonts w:ascii="Times New Roman" w:hAnsi="Times New Roman"/>
          <w:sz w:val="28"/>
          <w:szCs w:val="28"/>
          <w:lang w:val="uk-UA"/>
        </w:rPr>
      </w:pPr>
    </w:p>
    <w:p w:rsidR="00ED7D4E" w:rsidRPr="00816880" w:rsidRDefault="00ED7D4E" w:rsidP="001C63C2">
      <w:pPr>
        <w:spacing w:after="0" w:line="240" w:lineRule="auto"/>
        <w:ind w:firstLine="720"/>
        <w:jc w:val="both"/>
        <w:rPr>
          <w:rFonts w:ascii="Times New Roman" w:hAnsi="Times New Roman"/>
          <w:b/>
          <w:bCs/>
          <w:sz w:val="28"/>
          <w:szCs w:val="28"/>
          <w:lang w:val="uk-UA"/>
        </w:rPr>
      </w:pPr>
      <w:r w:rsidRPr="00816880">
        <w:rPr>
          <w:rFonts w:ascii="Times New Roman" w:hAnsi="Times New Roman"/>
          <w:b/>
          <w:bCs/>
          <w:sz w:val="28"/>
          <w:szCs w:val="28"/>
          <w:lang w:val="uk-UA"/>
        </w:rPr>
        <w:t>Література</w:t>
      </w:r>
    </w:p>
    <w:p w:rsidR="001C63C2" w:rsidRPr="00816880" w:rsidRDefault="001C63C2" w:rsidP="001C63C2">
      <w:pPr>
        <w:spacing w:after="0" w:line="240" w:lineRule="auto"/>
        <w:ind w:firstLine="720"/>
        <w:jc w:val="both"/>
        <w:rPr>
          <w:rFonts w:ascii="Times New Roman" w:hAnsi="Times New Roman"/>
          <w:b/>
          <w:bCs/>
          <w:sz w:val="28"/>
          <w:szCs w:val="28"/>
          <w:lang w:val="uk-UA"/>
        </w:rPr>
      </w:pPr>
    </w:p>
    <w:p w:rsidR="00ED7D4E" w:rsidRPr="00816880" w:rsidRDefault="0068352A" w:rsidP="00AD0365">
      <w:pPr>
        <w:pStyle w:val="ae"/>
        <w:numPr>
          <w:ilvl w:val="0"/>
          <w:numId w:val="24"/>
        </w:numPr>
        <w:spacing w:line="240" w:lineRule="auto"/>
        <w:jc w:val="both"/>
        <w:rPr>
          <w:rFonts w:ascii="Times New Roman" w:hAnsi="Times New Roman"/>
          <w:sz w:val="28"/>
          <w:szCs w:val="28"/>
          <w:lang w:val="uk-UA"/>
        </w:rPr>
      </w:pPr>
      <w:r w:rsidRPr="00816880">
        <w:rPr>
          <w:rFonts w:ascii="Times New Roman" w:hAnsi="Times New Roman"/>
          <w:sz w:val="28"/>
          <w:szCs w:val="28"/>
          <w:lang w:val="uk-UA"/>
        </w:rPr>
        <w:t>Мартін</w:t>
      </w:r>
      <w:r w:rsidR="00ED7D4E" w:rsidRPr="00816880">
        <w:rPr>
          <w:rFonts w:ascii="Times New Roman" w:hAnsi="Times New Roman"/>
          <w:sz w:val="28"/>
          <w:szCs w:val="28"/>
          <w:lang w:val="uk-UA"/>
        </w:rPr>
        <w:t xml:space="preserve"> Р. К. Чистий код: посібник з гнучкого програмування / Р. К. Мартін. </w:t>
      </w:r>
      <w:r w:rsidR="00666880" w:rsidRPr="00816880">
        <w:rPr>
          <w:rFonts w:ascii="Times New Roman" w:hAnsi="Times New Roman"/>
          <w:sz w:val="28"/>
          <w:szCs w:val="28"/>
          <w:lang w:val="uk-UA"/>
        </w:rPr>
        <w:t xml:space="preserve">– </w:t>
      </w:r>
      <w:r w:rsidR="00ED7D4E" w:rsidRPr="00816880">
        <w:rPr>
          <w:rFonts w:ascii="Times New Roman" w:hAnsi="Times New Roman"/>
          <w:sz w:val="28"/>
          <w:szCs w:val="28"/>
          <w:lang w:val="uk-UA"/>
        </w:rPr>
        <w:t xml:space="preserve">Київ: Видавництво "МІСТ", 2016. </w:t>
      </w:r>
      <w:r w:rsidR="00666880" w:rsidRPr="00816880">
        <w:rPr>
          <w:rFonts w:ascii="Times New Roman" w:hAnsi="Times New Roman"/>
          <w:sz w:val="28"/>
          <w:szCs w:val="28"/>
          <w:lang w:val="uk-UA"/>
        </w:rPr>
        <w:t xml:space="preserve">– </w:t>
      </w:r>
      <w:r w:rsidR="00ED7D4E" w:rsidRPr="00816880">
        <w:rPr>
          <w:rFonts w:ascii="Times New Roman" w:hAnsi="Times New Roman"/>
          <w:sz w:val="28"/>
          <w:szCs w:val="28"/>
          <w:lang w:val="uk-UA"/>
        </w:rPr>
        <w:t xml:space="preserve">431 с. </w:t>
      </w:r>
    </w:p>
    <w:p w:rsidR="006761EB" w:rsidRPr="00816880" w:rsidRDefault="0068352A" w:rsidP="00AD0365">
      <w:pPr>
        <w:pStyle w:val="ae"/>
        <w:numPr>
          <w:ilvl w:val="0"/>
          <w:numId w:val="24"/>
        </w:numPr>
        <w:spacing w:line="240" w:lineRule="auto"/>
        <w:jc w:val="both"/>
        <w:rPr>
          <w:rFonts w:ascii="Times New Roman" w:hAnsi="Times New Roman"/>
          <w:sz w:val="28"/>
          <w:szCs w:val="28"/>
          <w:lang w:val="uk-UA"/>
        </w:rPr>
      </w:pPr>
      <w:proofErr w:type="spellStart"/>
      <w:r w:rsidRPr="00816880">
        <w:rPr>
          <w:rFonts w:ascii="Times New Roman" w:hAnsi="Times New Roman"/>
          <w:sz w:val="28"/>
          <w:szCs w:val="28"/>
          <w:lang w:val="uk-UA"/>
        </w:rPr>
        <w:t>Седжвік</w:t>
      </w:r>
      <w:proofErr w:type="spellEnd"/>
      <w:r w:rsidR="00ED7D4E" w:rsidRPr="00816880">
        <w:rPr>
          <w:rFonts w:ascii="Times New Roman" w:hAnsi="Times New Roman"/>
          <w:sz w:val="28"/>
          <w:szCs w:val="28"/>
          <w:lang w:val="uk-UA"/>
        </w:rPr>
        <w:t xml:space="preserve"> Р., </w:t>
      </w:r>
      <w:proofErr w:type="spellStart"/>
      <w:r w:rsidR="00ED7D4E" w:rsidRPr="00816880">
        <w:rPr>
          <w:rFonts w:ascii="Times New Roman" w:hAnsi="Times New Roman"/>
          <w:sz w:val="28"/>
          <w:szCs w:val="28"/>
          <w:lang w:val="uk-UA"/>
        </w:rPr>
        <w:t>Уейн</w:t>
      </w:r>
      <w:proofErr w:type="spellEnd"/>
      <w:r w:rsidR="00ED7D4E" w:rsidRPr="00816880">
        <w:rPr>
          <w:rFonts w:ascii="Times New Roman" w:hAnsi="Times New Roman"/>
          <w:sz w:val="28"/>
          <w:szCs w:val="28"/>
          <w:lang w:val="uk-UA"/>
        </w:rPr>
        <w:t xml:space="preserve">, К. Алгоритми / Р. </w:t>
      </w:r>
      <w:proofErr w:type="spellStart"/>
      <w:r w:rsidR="00ED7D4E" w:rsidRPr="00816880">
        <w:rPr>
          <w:rFonts w:ascii="Times New Roman" w:hAnsi="Times New Roman"/>
          <w:sz w:val="28"/>
          <w:szCs w:val="28"/>
          <w:lang w:val="uk-UA"/>
        </w:rPr>
        <w:t>Седжвік</w:t>
      </w:r>
      <w:proofErr w:type="spellEnd"/>
      <w:r w:rsidR="00ED7D4E" w:rsidRPr="00816880">
        <w:rPr>
          <w:rFonts w:ascii="Times New Roman" w:hAnsi="Times New Roman"/>
          <w:sz w:val="28"/>
          <w:szCs w:val="28"/>
          <w:lang w:val="uk-UA"/>
        </w:rPr>
        <w:t xml:space="preserve">, К. </w:t>
      </w:r>
      <w:proofErr w:type="spellStart"/>
      <w:r w:rsidR="00ED7D4E" w:rsidRPr="00816880">
        <w:rPr>
          <w:rFonts w:ascii="Times New Roman" w:hAnsi="Times New Roman"/>
          <w:sz w:val="28"/>
          <w:szCs w:val="28"/>
          <w:lang w:val="uk-UA"/>
        </w:rPr>
        <w:t>Уейн</w:t>
      </w:r>
      <w:proofErr w:type="spellEnd"/>
      <w:r w:rsidR="00ED7D4E" w:rsidRPr="00816880">
        <w:rPr>
          <w:rFonts w:ascii="Times New Roman" w:hAnsi="Times New Roman"/>
          <w:sz w:val="28"/>
          <w:szCs w:val="28"/>
          <w:lang w:val="uk-UA"/>
        </w:rPr>
        <w:t xml:space="preserve">; пер. з </w:t>
      </w:r>
      <w:proofErr w:type="spellStart"/>
      <w:r w:rsidR="00ED7D4E" w:rsidRPr="00816880">
        <w:rPr>
          <w:rFonts w:ascii="Times New Roman" w:hAnsi="Times New Roman"/>
          <w:sz w:val="28"/>
          <w:szCs w:val="28"/>
          <w:lang w:val="uk-UA"/>
        </w:rPr>
        <w:t>англ</w:t>
      </w:r>
      <w:proofErr w:type="spellEnd"/>
      <w:r w:rsidR="00ED7D4E" w:rsidRPr="00816880">
        <w:rPr>
          <w:rFonts w:ascii="Times New Roman" w:hAnsi="Times New Roman"/>
          <w:sz w:val="28"/>
          <w:szCs w:val="28"/>
          <w:lang w:val="uk-UA"/>
        </w:rPr>
        <w:t xml:space="preserve">. О. </w:t>
      </w:r>
      <w:proofErr w:type="spellStart"/>
      <w:r w:rsidR="00ED7D4E" w:rsidRPr="00816880">
        <w:rPr>
          <w:rFonts w:ascii="Times New Roman" w:hAnsi="Times New Roman"/>
          <w:sz w:val="28"/>
          <w:szCs w:val="28"/>
          <w:lang w:val="uk-UA"/>
        </w:rPr>
        <w:t>Квітковського</w:t>
      </w:r>
      <w:proofErr w:type="spellEnd"/>
      <w:r w:rsidR="00ED7D4E" w:rsidRPr="00816880">
        <w:rPr>
          <w:rFonts w:ascii="Times New Roman" w:hAnsi="Times New Roman"/>
          <w:sz w:val="28"/>
          <w:szCs w:val="28"/>
          <w:lang w:val="uk-UA"/>
        </w:rPr>
        <w:t xml:space="preserve">. </w:t>
      </w:r>
      <w:r w:rsidR="00666880" w:rsidRPr="00816880">
        <w:rPr>
          <w:rFonts w:ascii="Times New Roman" w:hAnsi="Times New Roman"/>
          <w:sz w:val="28"/>
          <w:szCs w:val="28"/>
          <w:lang w:val="uk-UA"/>
        </w:rPr>
        <w:t xml:space="preserve">– </w:t>
      </w:r>
      <w:r w:rsidR="00ED7D4E" w:rsidRPr="00816880">
        <w:rPr>
          <w:rFonts w:ascii="Times New Roman" w:hAnsi="Times New Roman"/>
          <w:sz w:val="28"/>
          <w:szCs w:val="28"/>
          <w:lang w:val="uk-UA"/>
        </w:rPr>
        <w:t xml:space="preserve">Київ: Видавництво "Освіта", 2013. </w:t>
      </w:r>
      <w:r w:rsidR="00666880" w:rsidRPr="00816880">
        <w:rPr>
          <w:rFonts w:ascii="Times New Roman" w:hAnsi="Times New Roman"/>
          <w:sz w:val="28"/>
          <w:szCs w:val="28"/>
          <w:lang w:val="uk-UA"/>
        </w:rPr>
        <w:t xml:space="preserve">– </w:t>
      </w:r>
      <w:r w:rsidR="00ED7D4E" w:rsidRPr="00816880">
        <w:rPr>
          <w:rFonts w:ascii="Times New Roman" w:hAnsi="Times New Roman"/>
          <w:sz w:val="28"/>
          <w:szCs w:val="28"/>
          <w:lang w:val="uk-UA"/>
        </w:rPr>
        <w:t xml:space="preserve">1024 с. </w:t>
      </w:r>
    </w:p>
    <w:p w:rsidR="006761EB" w:rsidRPr="00816880" w:rsidRDefault="00ED7D4E" w:rsidP="00AD0365">
      <w:pPr>
        <w:pStyle w:val="ae"/>
        <w:numPr>
          <w:ilvl w:val="0"/>
          <w:numId w:val="24"/>
        </w:numPr>
        <w:spacing w:line="240" w:lineRule="auto"/>
        <w:jc w:val="both"/>
        <w:rPr>
          <w:rFonts w:ascii="Times New Roman" w:hAnsi="Times New Roman"/>
          <w:sz w:val="28"/>
          <w:szCs w:val="28"/>
          <w:lang w:val="uk-UA"/>
        </w:rPr>
      </w:pPr>
      <w:r w:rsidRPr="00816880">
        <w:rPr>
          <w:rFonts w:ascii="Times New Roman" w:hAnsi="Times New Roman"/>
          <w:sz w:val="28"/>
          <w:szCs w:val="28"/>
          <w:lang w:val="uk-UA"/>
        </w:rPr>
        <w:t>Фа</w:t>
      </w:r>
      <w:r w:rsidR="0068352A" w:rsidRPr="00816880">
        <w:rPr>
          <w:rFonts w:ascii="Times New Roman" w:hAnsi="Times New Roman"/>
          <w:sz w:val="28"/>
          <w:szCs w:val="28"/>
          <w:lang w:val="uk-UA"/>
        </w:rPr>
        <w:t>улер</w:t>
      </w:r>
      <w:r w:rsidRPr="00816880">
        <w:rPr>
          <w:rFonts w:ascii="Times New Roman" w:hAnsi="Times New Roman"/>
          <w:sz w:val="28"/>
          <w:szCs w:val="28"/>
          <w:lang w:val="uk-UA"/>
        </w:rPr>
        <w:t xml:space="preserve"> М. </w:t>
      </w:r>
      <w:proofErr w:type="spellStart"/>
      <w:r w:rsidRPr="00816880">
        <w:rPr>
          <w:rFonts w:ascii="Times New Roman" w:hAnsi="Times New Roman"/>
          <w:sz w:val="28"/>
          <w:szCs w:val="28"/>
          <w:lang w:val="uk-UA"/>
        </w:rPr>
        <w:t>Рефакторинг</w:t>
      </w:r>
      <w:proofErr w:type="spellEnd"/>
      <w:r w:rsidRPr="00816880">
        <w:rPr>
          <w:rFonts w:ascii="Times New Roman" w:hAnsi="Times New Roman"/>
          <w:sz w:val="28"/>
          <w:szCs w:val="28"/>
          <w:lang w:val="uk-UA"/>
        </w:rPr>
        <w:t xml:space="preserve">: поліпшення дизайну існуючого коду / М. Фаулер; пер. з </w:t>
      </w:r>
      <w:proofErr w:type="spellStart"/>
      <w:r w:rsidRPr="00816880">
        <w:rPr>
          <w:rFonts w:ascii="Times New Roman" w:hAnsi="Times New Roman"/>
          <w:sz w:val="28"/>
          <w:szCs w:val="28"/>
          <w:lang w:val="uk-UA"/>
        </w:rPr>
        <w:t>англ</w:t>
      </w:r>
      <w:proofErr w:type="spellEnd"/>
      <w:r w:rsidRPr="00816880">
        <w:rPr>
          <w:rFonts w:ascii="Times New Roman" w:hAnsi="Times New Roman"/>
          <w:sz w:val="28"/>
          <w:szCs w:val="28"/>
          <w:lang w:val="uk-UA"/>
        </w:rPr>
        <w:t xml:space="preserve">. О. Калашника. </w:t>
      </w:r>
      <w:r w:rsidR="00666880" w:rsidRPr="00816880">
        <w:rPr>
          <w:rFonts w:ascii="Times New Roman" w:hAnsi="Times New Roman"/>
          <w:sz w:val="28"/>
          <w:szCs w:val="28"/>
          <w:lang w:val="uk-UA"/>
        </w:rPr>
        <w:t xml:space="preserve">– </w:t>
      </w:r>
      <w:r w:rsidRPr="00816880">
        <w:rPr>
          <w:rFonts w:ascii="Times New Roman" w:hAnsi="Times New Roman"/>
          <w:sz w:val="28"/>
          <w:szCs w:val="28"/>
          <w:lang w:val="uk-UA"/>
        </w:rPr>
        <w:t xml:space="preserve">Київ: Видавництво "КМ-БУКС", 2015. </w:t>
      </w:r>
      <w:r w:rsidR="00666880" w:rsidRPr="00816880">
        <w:rPr>
          <w:rFonts w:ascii="Times New Roman" w:hAnsi="Times New Roman"/>
          <w:sz w:val="28"/>
          <w:szCs w:val="28"/>
          <w:lang w:val="uk-UA"/>
        </w:rPr>
        <w:t xml:space="preserve">– </w:t>
      </w:r>
      <w:r w:rsidRPr="00816880">
        <w:rPr>
          <w:rFonts w:ascii="Times New Roman" w:hAnsi="Times New Roman"/>
          <w:sz w:val="28"/>
          <w:szCs w:val="28"/>
          <w:lang w:val="uk-UA"/>
        </w:rPr>
        <w:t xml:space="preserve">550 с. </w:t>
      </w:r>
    </w:p>
    <w:p w:rsidR="006761EB" w:rsidRPr="00816880" w:rsidRDefault="0068352A" w:rsidP="00AD0365">
      <w:pPr>
        <w:pStyle w:val="ae"/>
        <w:numPr>
          <w:ilvl w:val="0"/>
          <w:numId w:val="24"/>
        </w:numPr>
        <w:spacing w:line="240" w:lineRule="auto"/>
        <w:jc w:val="both"/>
        <w:rPr>
          <w:rFonts w:ascii="Times New Roman" w:hAnsi="Times New Roman"/>
          <w:sz w:val="28"/>
          <w:szCs w:val="28"/>
          <w:lang w:val="uk-UA"/>
        </w:rPr>
      </w:pPr>
      <w:proofErr w:type="spellStart"/>
      <w:r w:rsidRPr="00816880">
        <w:rPr>
          <w:rFonts w:ascii="Times New Roman" w:hAnsi="Times New Roman"/>
          <w:sz w:val="28"/>
          <w:szCs w:val="28"/>
          <w:lang w:val="uk-UA"/>
        </w:rPr>
        <w:t>Кнут</w:t>
      </w:r>
      <w:proofErr w:type="spellEnd"/>
      <w:r w:rsidR="00ED7D4E" w:rsidRPr="00816880">
        <w:rPr>
          <w:rFonts w:ascii="Times New Roman" w:hAnsi="Times New Roman"/>
          <w:sz w:val="28"/>
          <w:szCs w:val="28"/>
          <w:lang w:val="uk-UA"/>
        </w:rPr>
        <w:t xml:space="preserve"> Д. Е. Мистецтво програмування, том 1: Основи алгоритмів / Д. Е. </w:t>
      </w:r>
      <w:proofErr w:type="spellStart"/>
      <w:r w:rsidR="00ED7D4E" w:rsidRPr="00816880">
        <w:rPr>
          <w:rFonts w:ascii="Times New Roman" w:hAnsi="Times New Roman"/>
          <w:sz w:val="28"/>
          <w:szCs w:val="28"/>
          <w:lang w:val="uk-UA"/>
        </w:rPr>
        <w:t>Кнут</w:t>
      </w:r>
      <w:proofErr w:type="spellEnd"/>
      <w:r w:rsidR="00ED7D4E" w:rsidRPr="00816880">
        <w:rPr>
          <w:rFonts w:ascii="Times New Roman" w:hAnsi="Times New Roman"/>
          <w:sz w:val="28"/>
          <w:szCs w:val="28"/>
          <w:lang w:val="uk-UA"/>
        </w:rPr>
        <w:t xml:space="preserve">; пер. з </w:t>
      </w:r>
      <w:proofErr w:type="spellStart"/>
      <w:r w:rsidR="00ED7D4E" w:rsidRPr="00816880">
        <w:rPr>
          <w:rFonts w:ascii="Times New Roman" w:hAnsi="Times New Roman"/>
          <w:sz w:val="28"/>
          <w:szCs w:val="28"/>
          <w:lang w:val="uk-UA"/>
        </w:rPr>
        <w:t>англ</w:t>
      </w:r>
      <w:proofErr w:type="spellEnd"/>
      <w:r w:rsidR="00ED7D4E" w:rsidRPr="00816880">
        <w:rPr>
          <w:rFonts w:ascii="Times New Roman" w:hAnsi="Times New Roman"/>
          <w:sz w:val="28"/>
          <w:szCs w:val="28"/>
          <w:lang w:val="uk-UA"/>
        </w:rPr>
        <w:t xml:space="preserve">. О. П. Іващенко. </w:t>
      </w:r>
      <w:r w:rsidR="00666880" w:rsidRPr="00816880">
        <w:rPr>
          <w:rFonts w:ascii="Times New Roman" w:hAnsi="Times New Roman"/>
          <w:sz w:val="28"/>
          <w:szCs w:val="28"/>
          <w:lang w:val="uk-UA"/>
        </w:rPr>
        <w:t xml:space="preserve">– </w:t>
      </w:r>
      <w:r w:rsidR="00ED7D4E" w:rsidRPr="00816880">
        <w:rPr>
          <w:rFonts w:ascii="Times New Roman" w:hAnsi="Times New Roman"/>
          <w:sz w:val="28"/>
          <w:szCs w:val="28"/>
          <w:lang w:val="uk-UA"/>
        </w:rPr>
        <w:t xml:space="preserve">Київ: Видавництво "Техніка", 2014. </w:t>
      </w:r>
      <w:r w:rsidR="00666880" w:rsidRPr="00816880">
        <w:rPr>
          <w:rFonts w:ascii="Times New Roman" w:hAnsi="Times New Roman"/>
          <w:sz w:val="28"/>
          <w:szCs w:val="28"/>
          <w:lang w:val="uk-UA"/>
        </w:rPr>
        <w:t xml:space="preserve">– </w:t>
      </w:r>
      <w:r w:rsidR="00ED7D4E" w:rsidRPr="00816880">
        <w:rPr>
          <w:rFonts w:ascii="Times New Roman" w:hAnsi="Times New Roman"/>
          <w:sz w:val="28"/>
          <w:szCs w:val="28"/>
          <w:lang w:val="uk-UA"/>
        </w:rPr>
        <w:t>672</w:t>
      </w:r>
      <w:r w:rsidR="006761EB" w:rsidRPr="00816880">
        <w:rPr>
          <w:rFonts w:ascii="Times New Roman" w:hAnsi="Times New Roman"/>
          <w:sz w:val="28"/>
          <w:szCs w:val="28"/>
          <w:lang w:val="uk-UA"/>
        </w:rPr>
        <w:t xml:space="preserve"> </w:t>
      </w:r>
      <w:r w:rsidR="00ED7D4E" w:rsidRPr="00816880">
        <w:rPr>
          <w:rFonts w:ascii="Times New Roman" w:hAnsi="Times New Roman"/>
          <w:sz w:val="28"/>
          <w:szCs w:val="28"/>
          <w:lang w:val="uk-UA"/>
        </w:rPr>
        <w:t xml:space="preserve">с. </w:t>
      </w:r>
      <w:r w:rsidR="006761EB" w:rsidRPr="00816880">
        <w:rPr>
          <w:rFonts w:ascii="Times New Roman" w:hAnsi="Times New Roman"/>
          <w:sz w:val="28"/>
          <w:szCs w:val="28"/>
          <w:lang w:val="uk-UA"/>
        </w:rPr>
        <w:t xml:space="preserve">                                                                                                                                       </w:t>
      </w:r>
    </w:p>
    <w:p w:rsidR="00644528" w:rsidRPr="00816880" w:rsidRDefault="0068352A" w:rsidP="00AD0365">
      <w:pPr>
        <w:pStyle w:val="ae"/>
        <w:numPr>
          <w:ilvl w:val="0"/>
          <w:numId w:val="24"/>
        </w:numPr>
        <w:spacing w:line="240" w:lineRule="auto"/>
        <w:jc w:val="both"/>
        <w:rPr>
          <w:rFonts w:ascii="Times New Roman" w:hAnsi="Times New Roman"/>
          <w:sz w:val="28"/>
          <w:szCs w:val="28"/>
          <w:lang w:val="uk-UA"/>
        </w:rPr>
      </w:pPr>
      <w:proofErr w:type="spellStart"/>
      <w:r w:rsidRPr="00816880">
        <w:rPr>
          <w:rFonts w:ascii="Times New Roman" w:hAnsi="Times New Roman"/>
          <w:sz w:val="28"/>
          <w:szCs w:val="28"/>
          <w:lang w:val="uk-UA"/>
        </w:rPr>
        <w:t>Макконнелл</w:t>
      </w:r>
      <w:proofErr w:type="spellEnd"/>
      <w:r w:rsidRPr="00816880">
        <w:rPr>
          <w:rFonts w:ascii="Times New Roman" w:hAnsi="Times New Roman"/>
          <w:sz w:val="28"/>
          <w:szCs w:val="28"/>
          <w:lang w:val="uk-UA"/>
        </w:rPr>
        <w:t> </w:t>
      </w:r>
      <w:r w:rsidR="00ED7D4E" w:rsidRPr="00816880">
        <w:rPr>
          <w:rFonts w:ascii="Times New Roman" w:hAnsi="Times New Roman"/>
          <w:sz w:val="28"/>
          <w:szCs w:val="28"/>
          <w:lang w:val="uk-UA"/>
        </w:rPr>
        <w:t xml:space="preserve">С. Повне керівництво з побудови програмного забезпечення / С. </w:t>
      </w:r>
      <w:proofErr w:type="spellStart"/>
      <w:r w:rsidR="00ED7D4E" w:rsidRPr="00816880">
        <w:rPr>
          <w:rFonts w:ascii="Times New Roman" w:hAnsi="Times New Roman"/>
          <w:sz w:val="28"/>
          <w:szCs w:val="28"/>
          <w:lang w:val="uk-UA"/>
        </w:rPr>
        <w:t>Макконнелл</w:t>
      </w:r>
      <w:proofErr w:type="spellEnd"/>
      <w:r w:rsidR="00ED7D4E" w:rsidRPr="00816880">
        <w:rPr>
          <w:rFonts w:ascii="Times New Roman" w:hAnsi="Times New Roman"/>
          <w:sz w:val="28"/>
          <w:szCs w:val="28"/>
          <w:lang w:val="uk-UA"/>
        </w:rPr>
        <w:t xml:space="preserve">; пер. з </w:t>
      </w:r>
      <w:proofErr w:type="spellStart"/>
      <w:r w:rsidR="00ED7D4E" w:rsidRPr="00816880">
        <w:rPr>
          <w:rFonts w:ascii="Times New Roman" w:hAnsi="Times New Roman"/>
          <w:sz w:val="28"/>
          <w:szCs w:val="28"/>
          <w:lang w:val="uk-UA"/>
        </w:rPr>
        <w:t>англ</w:t>
      </w:r>
      <w:proofErr w:type="spellEnd"/>
      <w:r w:rsidR="00ED7D4E" w:rsidRPr="00816880">
        <w:rPr>
          <w:rFonts w:ascii="Times New Roman" w:hAnsi="Times New Roman"/>
          <w:sz w:val="28"/>
          <w:szCs w:val="28"/>
          <w:lang w:val="uk-UA"/>
        </w:rPr>
        <w:t xml:space="preserve">. В. Олексієнка. </w:t>
      </w:r>
      <w:r w:rsidR="00666880" w:rsidRPr="00816880">
        <w:rPr>
          <w:rFonts w:ascii="Times New Roman" w:hAnsi="Times New Roman"/>
          <w:sz w:val="28"/>
          <w:szCs w:val="28"/>
          <w:lang w:val="uk-UA"/>
        </w:rPr>
        <w:t xml:space="preserve">– </w:t>
      </w:r>
      <w:r w:rsidR="00ED7D4E" w:rsidRPr="00816880">
        <w:rPr>
          <w:rFonts w:ascii="Times New Roman" w:hAnsi="Times New Roman"/>
          <w:sz w:val="28"/>
          <w:szCs w:val="28"/>
          <w:lang w:val="uk-UA"/>
        </w:rPr>
        <w:t xml:space="preserve">Київ: Видавництво "Грамота", 2012. </w:t>
      </w:r>
      <w:r w:rsidR="00666880" w:rsidRPr="00816880">
        <w:rPr>
          <w:rFonts w:ascii="Times New Roman" w:hAnsi="Times New Roman"/>
          <w:sz w:val="28"/>
          <w:szCs w:val="28"/>
          <w:lang w:val="uk-UA"/>
        </w:rPr>
        <w:t xml:space="preserve">– </w:t>
      </w:r>
      <w:r w:rsidR="00ED7D4E" w:rsidRPr="00816880">
        <w:rPr>
          <w:rFonts w:ascii="Times New Roman" w:hAnsi="Times New Roman"/>
          <w:sz w:val="28"/>
          <w:szCs w:val="28"/>
          <w:lang w:val="uk-UA"/>
        </w:rPr>
        <w:t>864 с.</w:t>
      </w:r>
    </w:p>
    <w:sectPr w:rsidR="00644528" w:rsidRPr="00816880" w:rsidSect="00716FF5">
      <w:footerReference w:type="default" r:id="rId8"/>
      <w:pgSz w:w="11906" w:h="16838" w:code="9"/>
      <w:pgMar w:top="1418" w:right="1418" w:bottom="1985" w:left="1418" w:header="567" w:footer="567" w:gutter="0"/>
      <w:pgNumType w:start="558"/>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E85564" w:rsidRDefault="00E85564" w:rsidP="00716FF5">
      <w:pPr>
        <w:spacing w:after="0" w:line="240" w:lineRule="auto"/>
      </w:pPr>
      <w:r>
        <w:separator/>
      </w:r>
    </w:p>
  </w:endnote>
  <w:endnote w:type="continuationSeparator" w:id="0">
    <w:p w:rsidR="00E85564" w:rsidRDefault="00E85564" w:rsidP="00716F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3090202050204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93744085"/>
      <w:docPartObj>
        <w:docPartGallery w:val="Page Numbers (Bottom of Page)"/>
        <w:docPartUnique/>
      </w:docPartObj>
    </w:sdtPr>
    <w:sdtEndPr>
      <w:rPr>
        <w:rFonts w:ascii="Times New Roman" w:hAnsi="Times New Roman" w:cs="Times New Roman"/>
        <w:sz w:val="24"/>
        <w:szCs w:val="24"/>
      </w:rPr>
    </w:sdtEndPr>
    <w:sdtContent>
      <w:p w:rsidR="00716FF5" w:rsidRPr="00716FF5" w:rsidRDefault="00716FF5">
        <w:pPr>
          <w:pStyle w:val="a7"/>
          <w:jc w:val="center"/>
          <w:rPr>
            <w:rFonts w:ascii="Times New Roman" w:hAnsi="Times New Roman" w:cs="Times New Roman"/>
            <w:sz w:val="24"/>
            <w:szCs w:val="24"/>
          </w:rPr>
        </w:pPr>
        <w:r w:rsidRPr="00716FF5">
          <w:rPr>
            <w:rFonts w:ascii="Times New Roman" w:hAnsi="Times New Roman" w:cs="Times New Roman"/>
            <w:sz w:val="24"/>
            <w:szCs w:val="24"/>
          </w:rPr>
          <w:fldChar w:fldCharType="begin"/>
        </w:r>
        <w:r w:rsidRPr="00716FF5">
          <w:rPr>
            <w:rFonts w:ascii="Times New Roman" w:hAnsi="Times New Roman" w:cs="Times New Roman"/>
            <w:sz w:val="24"/>
            <w:szCs w:val="24"/>
          </w:rPr>
          <w:instrText>PAGE   \* MERGEFORMAT</w:instrText>
        </w:r>
        <w:r w:rsidRPr="00716FF5">
          <w:rPr>
            <w:rFonts w:ascii="Times New Roman" w:hAnsi="Times New Roman" w:cs="Times New Roman"/>
            <w:sz w:val="24"/>
            <w:szCs w:val="24"/>
          </w:rPr>
          <w:fldChar w:fldCharType="separate"/>
        </w:r>
        <w:r w:rsidRPr="00716FF5">
          <w:rPr>
            <w:rFonts w:ascii="Times New Roman" w:hAnsi="Times New Roman" w:cs="Times New Roman"/>
            <w:sz w:val="24"/>
            <w:szCs w:val="24"/>
            <w:lang w:val="uk-UA"/>
          </w:rPr>
          <w:t>2</w:t>
        </w:r>
        <w:r w:rsidRPr="00716FF5">
          <w:rPr>
            <w:rFonts w:ascii="Times New Roman" w:hAnsi="Times New Roman" w:cs="Times New Roman"/>
            <w:sz w:val="24"/>
            <w:szCs w:val="24"/>
          </w:rPr>
          <w:fldChar w:fldCharType="end"/>
        </w:r>
      </w:p>
    </w:sdtContent>
  </w:sdt>
  <w:p w:rsidR="00716FF5" w:rsidRDefault="00716FF5">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E85564" w:rsidRDefault="00E85564" w:rsidP="00716FF5">
      <w:pPr>
        <w:spacing w:after="0" w:line="240" w:lineRule="auto"/>
      </w:pPr>
      <w:r>
        <w:separator/>
      </w:r>
    </w:p>
  </w:footnote>
  <w:footnote w:type="continuationSeparator" w:id="0">
    <w:p w:rsidR="00E85564" w:rsidRDefault="00E85564" w:rsidP="00716FF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30"/>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20"/>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4445DE1"/>
    <w:multiLevelType w:val="multilevel"/>
    <w:tmpl w:val="9C145C32"/>
    <w:lvl w:ilvl="0">
      <w:start w:val="1"/>
      <w:numFmt w:val="decimal"/>
      <w:lvlText w:val="%1."/>
      <w:lvlJc w:val="left"/>
      <w:pPr>
        <w:tabs>
          <w:tab w:val="num" w:pos="720"/>
        </w:tabs>
        <w:ind w:left="720" w:hanging="360"/>
      </w:pPr>
    </w:lvl>
    <w:lvl w:ilvl="1">
      <w:start w:val="1"/>
      <w:numFmt w:val="bullet"/>
      <w:lvlText w:val="o"/>
      <w:lvlJc w:val="left"/>
      <w:pPr>
        <w:tabs>
          <w:tab w:val="num" w:pos="2912"/>
        </w:tabs>
        <w:ind w:left="2912"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6A62E27"/>
    <w:multiLevelType w:val="hybridMultilevel"/>
    <w:tmpl w:val="10969F3C"/>
    <w:lvl w:ilvl="0" w:tplc="C00E7690">
      <w:start w:val="7"/>
      <w:numFmt w:val="bullet"/>
      <w:lvlText w:val="-"/>
      <w:lvlJc w:val="left"/>
      <w:pPr>
        <w:ind w:left="644" w:hanging="360"/>
      </w:pPr>
      <w:rPr>
        <w:rFonts w:ascii="Times New Roman" w:eastAsiaTheme="minorEastAsia" w:hAnsi="Times New Roman" w:cs="Times New Roman" w:hint="default"/>
      </w:rPr>
    </w:lvl>
    <w:lvl w:ilvl="1" w:tplc="20000003" w:tentative="1">
      <w:start w:val="1"/>
      <w:numFmt w:val="bullet"/>
      <w:lvlText w:val="o"/>
      <w:lvlJc w:val="left"/>
      <w:pPr>
        <w:ind w:left="1364" w:hanging="360"/>
      </w:pPr>
      <w:rPr>
        <w:rFonts w:ascii="Courier New" w:hAnsi="Courier New" w:cs="Courier New" w:hint="default"/>
      </w:rPr>
    </w:lvl>
    <w:lvl w:ilvl="2" w:tplc="20000005" w:tentative="1">
      <w:start w:val="1"/>
      <w:numFmt w:val="bullet"/>
      <w:lvlText w:val=""/>
      <w:lvlJc w:val="left"/>
      <w:pPr>
        <w:ind w:left="2084" w:hanging="360"/>
      </w:pPr>
      <w:rPr>
        <w:rFonts w:ascii="Wingdings" w:hAnsi="Wingdings" w:hint="default"/>
      </w:rPr>
    </w:lvl>
    <w:lvl w:ilvl="3" w:tplc="20000001" w:tentative="1">
      <w:start w:val="1"/>
      <w:numFmt w:val="bullet"/>
      <w:lvlText w:val=""/>
      <w:lvlJc w:val="left"/>
      <w:pPr>
        <w:ind w:left="2804" w:hanging="360"/>
      </w:pPr>
      <w:rPr>
        <w:rFonts w:ascii="Symbol" w:hAnsi="Symbol" w:hint="default"/>
      </w:rPr>
    </w:lvl>
    <w:lvl w:ilvl="4" w:tplc="20000003" w:tentative="1">
      <w:start w:val="1"/>
      <w:numFmt w:val="bullet"/>
      <w:lvlText w:val="o"/>
      <w:lvlJc w:val="left"/>
      <w:pPr>
        <w:ind w:left="3524" w:hanging="360"/>
      </w:pPr>
      <w:rPr>
        <w:rFonts w:ascii="Courier New" w:hAnsi="Courier New" w:cs="Courier New" w:hint="default"/>
      </w:rPr>
    </w:lvl>
    <w:lvl w:ilvl="5" w:tplc="20000005" w:tentative="1">
      <w:start w:val="1"/>
      <w:numFmt w:val="bullet"/>
      <w:lvlText w:val=""/>
      <w:lvlJc w:val="left"/>
      <w:pPr>
        <w:ind w:left="4244" w:hanging="360"/>
      </w:pPr>
      <w:rPr>
        <w:rFonts w:ascii="Wingdings" w:hAnsi="Wingdings" w:hint="default"/>
      </w:rPr>
    </w:lvl>
    <w:lvl w:ilvl="6" w:tplc="20000001" w:tentative="1">
      <w:start w:val="1"/>
      <w:numFmt w:val="bullet"/>
      <w:lvlText w:val=""/>
      <w:lvlJc w:val="left"/>
      <w:pPr>
        <w:ind w:left="4964" w:hanging="360"/>
      </w:pPr>
      <w:rPr>
        <w:rFonts w:ascii="Symbol" w:hAnsi="Symbol" w:hint="default"/>
      </w:rPr>
    </w:lvl>
    <w:lvl w:ilvl="7" w:tplc="20000003" w:tentative="1">
      <w:start w:val="1"/>
      <w:numFmt w:val="bullet"/>
      <w:lvlText w:val="o"/>
      <w:lvlJc w:val="left"/>
      <w:pPr>
        <w:ind w:left="5684" w:hanging="360"/>
      </w:pPr>
      <w:rPr>
        <w:rFonts w:ascii="Courier New" w:hAnsi="Courier New" w:cs="Courier New" w:hint="default"/>
      </w:rPr>
    </w:lvl>
    <w:lvl w:ilvl="8" w:tplc="20000005" w:tentative="1">
      <w:start w:val="1"/>
      <w:numFmt w:val="bullet"/>
      <w:lvlText w:val=""/>
      <w:lvlJc w:val="left"/>
      <w:pPr>
        <w:ind w:left="6404" w:hanging="360"/>
      </w:pPr>
      <w:rPr>
        <w:rFonts w:ascii="Wingdings" w:hAnsi="Wingdings" w:hint="default"/>
      </w:rPr>
    </w:lvl>
  </w:abstractNum>
  <w:abstractNum w:abstractNumId="11" w15:restartNumberingAfterBreak="0">
    <w:nsid w:val="17BE1534"/>
    <w:multiLevelType w:val="hybridMultilevel"/>
    <w:tmpl w:val="8B364284"/>
    <w:lvl w:ilvl="0" w:tplc="FEC0CC0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2" w15:restartNumberingAfterBreak="0">
    <w:nsid w:val="2D112EB2"/>
    <w:multiLevelType w:val="hybridMultilevel"/>
    <w:tmpl w:val="2DEE62B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2FBB5FEA"/>
    <w:multiLevelType w:val="hybridMultilevel"/>
    <w:tmpl w:val="5790AD50"/>
    <w:lvl w:ilvl="0" w:tplc="6DA01086">
      <w:start w:val="1"/>
      <w:numFmt w:val="bullet"/>
      <w:lvlText w:val="-"/>
      <w:lvlJc w:val="left"/>
      <w:pPr>
        <w:ind w:left="644" w:hanging="360"/>
      </w:pPr>
      <w:rPr>
        <w:rFonts w:ascii="Times New Roman" w:eastAsiaTheme="minorEastAsia" w:hAnsi="Times New Roman" w:cs="Times New Roman" w:hint="default"/>
      </w:rPr>
    </w:lvl>
    <w:lvl w:ilvl="1" w:tplc="20000003" w:tentative="1">
      <w:start w:val="1"/>
      <w:numFmt w:val="bullet"/>
      <w:lvlText w:val="o"/>
      <w:lvlJc w:val="left"/>
      <w:pPr>
        <w:ind w:left="1364" w:hanging="360"/>
      </w:pPr>
      <w:rPr>
        <w:rFonts w:ascii="Courier New" w:hAnsi="Courier New" w:cs="Courier New" w:hint="default"/>
      </w:rPr>
    </w:lvl>
    <w:lvl w:ilvl="2" w:tplc="20000005" w:tentative="1">
      <w:start w:val="1"/>
      <w:numFmt w:val="bullet"/>
      <w:lvlText w:val=""/>
      <w:lvlJc w:val="left"/>
      <w:pPr>
        <w:ind w:left="2084" w:hanging="360"/>
      </w:pPr>
      <w:rPr>
        <w:rFonts w:ascii="Wingdings" w:hAnsi="Wingdings" w:hint="default"/>
      </w:rPr>
    </w:lvl>
    <w:lvl w:ilvl="3" w:tplc="20000001" w:tentative="1">
      <w:start w:val="1"/>
      <w:numFmt w:val="bullet"/>
      <w:lvlText w:val=""/>
      <w:lvlJc w:val="left"/>
      <w:pPr>
        <w:ind w:left="2804" w:hanging="360"/>
      </w:pPr>
      <w:rPr>
        <w:rFonts w:ascii="Symbol" w:hAnsi="Symbol" w:hint="default"/>
      </w:rPr>
    </w:lvl>
    <w:lvl w:ilvl="4" w:tplc="20000003" w:tentative="1">
      <w:start w:val="1"/>
      <w:numFmt w:val="bullet"/>
      <w:lvlText w:val="o"/>
      <w:lvlJc w:val="left"/>
      <w:pPr>
        <w:ind w:left="3524" w:hanging="360"/>
      </w:pPr>
      <w:rPr>
        <w:rFonts w:ascii="Courier New" w:hAnsi="Courier New" w:cs="Courier New" w:hint="default"/>
      </w:rPr>
    </w:lvl>
    <w:lvl w:ilvl="5" w:tplc="20000005" w:tentative="1">
      <w:start w:val="1"/>
      <w:numFmt w:val="bullet"/>
      <w:lvlText w:val=""/>
      <w:lvlJc w:val="left"/>
      <w:pPr>
        <w:ind w:left="4244" w:hanging="360"/>
      </w:pPr>
      <w:rPr>
        <w:rFonts w:ascii="Wingdings" w:hAnsi="Wingdings" w:hint="default"/>
      </w:rPr>
    </w:lvl>
    <w:lvl w:ilvl="6" w:tplc="20000001" w:tentative="1">
      <w:start w:val="1"/>
      <w:numFmt w:val="bullet"/>
      <w:lvlText w:val=""/>
      <w:lvlJc w:val="left"/>
      <w:pPr>
        <w:ind w:left="4964" w:hanging="360"/>
      </w:pPr>
      <w:rPr>
        <w:rFonts w:ascii="Symbol" w:hAnsi="Symbol" w:hint="default"/>
      </w:rPr>
    </w:lvl>
    <w:lvl w:ilvl="7" w:tplc="20000003" w:tentative="1">
      <w:start w:val="1"/>
      <w:numFmt w:val="bullet"/>
      <w:lvlText w:val="o"/>
      <w:lvlJc w:val="left"/>
      <w:pPr>
        <w:ind w:left="5684" w:hanging="360"/>
      </w:pPr>
      <w:rPr>
        <w:rFonts w:ascii="Courier New" w:hAnsi="Courier New" w:cs="Courier New" w:hint="default"/>
      </w:rPr>
    </w:lvl>
    <w:lvl w:ilvl="8" w:tplc="20000005" w:tentative="1">
      <w:start w:val="1"/>
      <w:numFmt w:val="bullet"/>
      <w:lvlText w:val=""/>
      <w:lvlJc w:val="left"/>
      <w:pPr>
        <w:ind w:left="6404" w:hanging="360"/>
      </w:pPr>
      <w:rPr>
        <w:rFonts w:ascii="Wingdings" w:hAnsi="Wingdings" w:hint="default"/>
      </w:rPr>
    </w:lvl>
  </w:abstractNum>
  <w:abstractNum w:abstractNumId="14" w15:restartNumberingAfterBreak="0">
    <w:nsid w:val="328013E5"/>
    <w:multiLevelType w:val="multilevel"/>
    <w:tmpl w:val="E7C05C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3CB438B"/>
    <w:multiLevelType w:val="multilevel"/>
    <w:tmpl w:val="C87274A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66F7D4C"/>
    <w:multiLevelType w:val="multilevel"/>
    <w:tmpl w:val="3F0043D8"/>
    <w:lvl w:ilvl="0">
      <w:start w:val="1"/>
      <w:numFmt w:val="bullet"/>
      <w:lvlText w:val="­"/>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3531307"/>
    <w:multiLevelType w:val="multilevel"/>
    <w:tmpl w:val="613E2674"/>
    <w:lvl w:ilvl="0">
      <w:start w:val="1"/>
      <w:numFmt w:val="bullet"/>
      <w:lvlText w:val="­"/>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B053F1E"/>
    <w:multiLevelType w:val="multilevel"/>
    <w:tmpl w:val="2ACC50E6"/>
    <w:lvl w:ilvl="0">
      <w:start w:val="1"/>
      <w:numFmt w:val="bullet"/>
      <w:lvlText w:val="­"/>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B3F6C04"/>
    <w:multiLevelType w:val="multilevel"/>
    <w:tmpl w:val="64267A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E611829"/>
    <w:multiLevelType w:val="hybridMultilevel"/>
    <w:tmpl w:val="4724922A"/>
    <w:lvl w:ilvl="0" w:tplc="C018DBEA">
      <w:start w:val="7"/>
      <w:numFmt w:val="bullet"/>
      <w:lvlText w:val="-"/>
      <w:lvlJc w:val="left"/>
      <w:pPr>
        <w:ind w:left="720" w:hanging="360"/>
      </w:pPr>
      <w:rPr>
        <w:rFonts w:ascii="Times New Roman" w:eastAsiaTheme="minorEastAsia"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15:restartNumberingAfterBreak="0">
    <w:nsid w:val="51240C03"/>
    <w:multiLevelType w:val="hybridMultilevel"/>
    <w:tmpl w:val="04B618E0"/>
    <w:lvl w:ilvl="0" w:tplc="A24E0C2A">
      <w:start w:val="1"/>
      <w:numFmt w:val="decimal"/>
      <w:lvlText w:val="%1."/>
      <w:lvlJc w:val="left"/>
      <w:pPr>
        <w:ind w:left="1110" w:hanging="39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2" w15:restartNumberingAfterBreak="0">
    <w:nsid w:val="5D53718B"/>
    <w:multiLevelType w:val="multilevel"/>
    <w:tmpl w:val="574EB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DF26272"/>
    <w:multiLevelType w:val="hybridMultilevel"/>
    <w:tmpl w:val="1982F69E"/>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4" w15:restartNumberingAfterBreak="0">
    <w:nsid w:val="724334EA"/>
    <w:multiLevelType w:val="multilevel"/>
    <w:tmpl w:val="7662114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6CD796E"/>
    <w:multiLevelType w:val="multilevel"/>
    <w:tmpl w:val="973EC5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76A692E"/>
    <w:multiLevelType w:val="multilevel"/>
    <w:tmpl w:val="A1E207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 w:numId="10">
    <w:abstractNumId w:val="21"/>
  </w:num>
  <w:num w:numId="11">
    <w:abstractNumId w:val="26"/>
  </w:num>
  <w:num w:numId="12">
    <w:abstractNumId w:val="19"/>
  </w:num>
  <w:num w:numId="13">
    <w:abstractNumId w:val="22"/>
  </w:num>
  <w:num w:numId="14">
    <w:abstractNumId w:val="25"/>
  </w:num>
  <w:num w:numId="15">
    <w:abstractNumId w:val="16"/>
  </w:num>
  <w:num w:numId="16">
    <w:abstractNumId w:val="9"/>
  </w:num>
  <w:num w:numId="17">
    <w:abstractNumId w:val="14"/>
  </w:num>
  <w:num w:numId="18">
    <w:abstractNumId w:val="24"/>
  </w:num>
  <w:num w:numId="19">
    <w:abstractNumId w:val="15"/>
  </w:num>
  <w:num w:numId="20">
    <w:abstractNumId w:val="13"/>
  </w:num>
  <w:num w:numId="21">
    <w:abstractNumId w:val="17"/>
  </w:num>
  <w:num w:numId="22">
    <w:abstractNumId w:val="18"/>
  </w:num>
  <w:num w:numId="23">
    <w:abstractNumId w:val="23"/>
  </w:num>
  <w:num w:numId="24">
    <w:abstractNumId w:val="12"/>
  </w:num>
  <w:num w:numId="25">
    <w:abstractNumId w:val="10"/>
  </w:num>
  <w:num w:numId="26">
    <w:abstractNumId w:val="20"/>
  </w:num>
  <w:num w:numId="2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7730"/>
    <w:rsid w:val="00007AB0"/>
    <w:rsid w:val="00034616"/>
    <w:rsid w:val="0004655E"/>
    <w:rsid w:val="0006063C"/>
    <w:rsid w:val="000D70F5"/>
    <w:rsid w:val="0010738A"/>
    <w:rsid w:val="0015074B"/>
    <w:rsid w:val="001C63C2"/>
    <w:rsid w:val="002339B2"/>
    <w:rsid w:val="0029639D"/>
    <w:rsid w:val="002E1CD2"/>
    <w:rsid w:val="00326F90"/>
    <w:rsid w:val="003363FB"/>
    <w:rsid w:val="00595F4C"/>
    <w:rsid w:val="005A05D4"/>
    <w:rsid w:val="005F3166"/>
    <w:rsid w:val="00644528"/>
    <w:rsid w:val="00666880"/>
    <w:rsid w:val="00673237"/>
    <w:rsid w:val="006761EB"/>
    <w:rsid w:val="0068352A"/>
    <w:rsid w:val="00716FF5"/>
    <w:rsid w:val="00816880"/>
    <w:rsid w:val="008B5E93"/>
    <w:rsid w:val="008D0780"/>
    <w:rsid w:val="00AA1D8D"/>
    <w:rsid w:val="00AD0365"/>
    <w:rsid w:val="00B25518"/>
    <w:rsid w:val="00B47730"/>
    <w:rsid w:val="00C37C9F"/>
    <w:rsid w:val="00CB0664"/>
    <w:rsid w:val="00E85564"/>
    <w:rsid w:val="00ED7D4E"/>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CDC8A15"/>
  <w14:defaultImageDpi w14:val="300"/>
  <w15:docId w15:val="{FE62FCD9-6B51-4581-A1DE-7B05E13B03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FC693F"/>
  </w:style>
  <w:style w:type="paragraph" w:styleId="1">
    <w:name w:val="heading 1"/>
    <w:basedOn w:val="a1"/>
    <w:next w:val="a1"/>
    <w:link w:val="10"/>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1"/>
    <w:next w:val="a1"/>
    <w:link w:val="22"/>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1">
    <w:name w:val="heading 3"/>
    <w:basedOn w:val="a1"/>
    <w:next w:val="a1"/>
    <w:link w:val="32"/>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1"/>
    <w:next w:val="a1"/>
    <w:link w:val="50"/>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1"/>
    <w:next w:val="a1"/>
    <w:link w:val="60"/>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1"/>
    <w:next w:val="a1"/>
    <w:link w:val="70"/>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1"/>
    <w:next w:val="a1"/>
    <w:link w:val="90"/>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E618BF"/>
    <w:pPr>
      <w:tabs>
        <w:tab w:val="center" w:pos="4680"/>
        <w:tab w:val="right" w:pos="9360"/>
      </w:tabs>
      <w:spacing w:after="0" w:line="240" w:lineRule="auto"/>
    </w:pPr>
  </w:style>
  <w:style w:type="character" w:customStyle="1" w:styleId="a6">
    <w:name w:val="Верхній колонтитул Знак"/>
    <w:basedOn w:val="a2"/>
    <w:link w:val="a5"/>
    <w:uiPriority w:val="99"/>
    <w:rsid w:val="00E618BF"/>
  </w:style>
  <w:style w:type="paragraph" w:styleId="a7">
    <w:name w:val="footer"/>
    <w:basedOn w:val="a1"/>
    <w:link w:val="a8"/>
    <w:uiPriority w:val="99"/>
    <w:unhideWhenUsed/>
    <w:rsid w:val="00E618BF"/>
    <w:pPr>
      <w:tabs>
        <w:tab w:val="center" w:pos="4680"/>
        <w:tab w:val="right" w:pos="9360"/>
      </w:tabs>
      <w:spacing w:after="0" w:line="240" w:lineRule="auto"/>
    </w:pPr>
  </w:style>
  <w:style w:type="character" w:customStyle="1" w:styleId="a8">
    <w:name w:val="Нижній колонтитул Знак"/>
    <w:basedOn w:val="a2"/>
    <w:link w:val="a7"/>
    <w:uiPriority w:val="99"/>
    <w:rsid w:val="00E618BF"/>
  </w:style>
  <w:style w:type="paragraph" w:styleId="a9">
    <w:name w:val="No Spacing"/>
    <w:uiPriority w:val="1"/>
    <w:qFormat/>
    <w:rsid w:val="00FC693F"/>
    <w:pPr>
      <w:spacing w:after="0" w:line="240" w:lineRule="auto"/>
    </w:pPr>
  </w:style>
  <w:style w:type="character" w:customStyle="1" w:styleId="10">
    <w:name w:val="Заголовок 1 Знак"/>
    <w:basedOn w:val="a2"/>
    <w:link w:val="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22">
    <w:name w:val="Заголовок 2 Знак"/>
    <w:basedOn w:val="a2"/>
    <w:link w:val="21"/>
    <w:uiPriority w:val="9"/>
    <w:rsid w:val="00FC693F"/>
    <w:rPr>
      <w:rFonts w:asciiTheme="majorHAnsi" w:eastAsiaTheme="majorEastAsia" w:hAnsiTheme="majorHAnsi" w:cstheme="majorBidi"/>
      <w:b/>
      <w:bCs/>
      <w:color w:val="4F81BD" w:themeColor="accent1"/>
      <w:sz w:val="26"/>
      <w:szCs w:val="26"/>
    </w:rPr>
  </w:style>
  <w:style w:type="character" w:customStyle="1" w:styleId="32">
    <w:name w:val="Заголовок 3 Знак"/>
    <w:basedOn w:val="a2"/>
    <w:link w:val="31"/>
    <w:uiPriority w:val="9"/>
    <w:rsid w:val="00FC693F"/>
    <w:rPr>
      <w:rFonts w:asciiTheme="majorHAnsi" w:eastAsiaTheme="majorEastAsia" w:hAnsiTheme="majorHAnsi" w:cstheme="majorBidi"/>
      <w:b/>
      <w:bCs/>
      <w:color w:val="4F81BD" w:themeColor="accent1"/>
    </w:rPr>
  </w:style>
  <w:style w:type="paragraph" w:styleId="aa">
    <w:name w:val="Title"/>
    <w:basedOn w:val="a1"/>
    <w:next w:val="a1"/>
    <w:link w:val="ab"/>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b">
    <w:name w:val="Назва Знак"/>
    <w:basedOn w:val="a2"/>
    <w:link w:val="aa"/>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ac">
    <w:name w:val="Subtitle"/>
    <w:basedOn w:val="a1"/>
    <w:next w:val="a1"/>
    <w:link w:val="ad"/>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d">
    <w:name w:val="Підзаголовок Знак"/>
    <w:basedOn w:val="a2"/>
    <w:link w:val="ac"/>
    <w:uiPriority w:val="11"/>
    <w:rsid w:val="00FC693F"/>
    <w:rPr>
      <w:rFonts w:asciiTheme="majorHAnsi" w:eastAsiaTheme="majorEastAsia" w:hAnsiTheme="majorHAnsi" w:cstheme="majorBidi"/>
      <w:i/>
      <w:iCs/>
      <w:color w:val="4F81BD" w:themeColor="accent1"/>
      <w:spacing w:val="15"/>
      <w:sz w:val="24"/>
      <w:szCs w:val="24"/>
    </w:rPr>
  </w:style>
  <w:style w:type="paragraph" w:styleId="ae">
    <w:name w:val="List Paragraph"/>
    <w:basedOn w:val="a1"/>
    <w:uiPriority w:val="34"/>
    <w:qFormat/>
    <w:rsid w:val="00FC693F"/>
    <w:pPr>
      <w:ind w:left="720"/>
      <w:contextualSpacing/>
    </w:pPr>
  </w:style>
  <w:style w:type="paragraph" w:styleId="af">
    <w:name w:val="Body Text"/>
    <w:basedOn w:val="a1"/>
    <w:link w:val="af0"/>
    <w:uiPriority w:val="99"/>
    <w:unhideWhenUsed/>
    <w:rsid w:val="00AA1D8D"/>
    <w:pPr>
      <w:spacing w:after="120"/>
    </w:pPr>
  </w:style>
  <w:style w:type="character" w:customStyle="1" w:styleId="af0">
    <w:name w:val="Основний текст Знак"/>
    <w:basedOn w:val="a2"/>
    <w:link w:val="af"/>
    <w:uiPriority w:val="99"/>
    <w:rsid w:val="00AA1D8D"/>
  </w:style>
  <w:style w:type="paragraph" w:styleId="23">
    <w:name w:val="Body Text 2"/>
    <w:basedOn w:val="a1"/>
    <w:link w:val="24"/>
    <w:uiPriority w:val="99"/>
    <w:unhideWhenUsed/>
    <w:rsid w:val="00AA1D8D"/>
    <w:pPr>
      <w:spacing w:after="120" w:line="480" w:lineRule="auto"/>
    </w:pPr>
  </w:style>
  <w:style w:type="character" w:customStyle="1" w:styleId="24">
    <w:name w:val="Основний текст 2 Знак"/>
    <w:basedOn w:val="a2"/>
    <w:link w:val="23"/>
    <w:uiPriority w:val="99"/>
    <w:rsid w:val="00AA1D8D"/>
  </w:style>
  <w:style w:type="paragraph" w:styleId="33">
    <w:name w:val="Body Text 3"/>
    <w:basedOn w:val="a1"/>
    <w:link w:val="34"/>
    <w:uiPriority w:val="99"/>
    <w:unhideWhenUsed/>
    <w:rsid w:val="00AA1D8D"/>
    <w:pPr>
      <w:spacing w:after="120"/>
    </w:pPr>
    <w:rPr>
      <w:sz w:val="16"/>
      <w:szCs w:val="16"/>
    </w:rPr>
  </w:style>
  <w:style w:type="character" w:customStyle="1" w:styleId="34">
    <w:name w:val="Основний текст 3 Знак"/>
    <w:basedOn w:val="a2"/>
    <w:link w:val="33"/>
    <w:uiPriority w:val="99"/>
    <w:rsid w:val="00AA1D8D"/>
    <w:rPr>
      <w:sz w:val="16"/>
      <w:szCs w:val="16"/>
    </w:rPr>
  </w:style>
  <w:style w:type="paragraph" w:styleId="af1">
    <w:name w:val="List"/>
    <w:basedOn w:val="a1"/>
    <w:uiPriority w:val="99"/>
    <w:unhideWhenUsed/>
    <w:rsid w:val="00AA1D8D"/>
    <w:pPr>
      <w:ind w:left="360" w:hanging="360"/>
      <w:contextualSpacing/>
    </w:pPr>
  </w:style>
  <w:style w:type="paragraph" w:styleId="25">
    <w:name w:val="List 2"/>
    <w:basedOn w:val="a1"/>
    <w:uiPriority w:val="99"/>
    <w:unhideWhenUsed/>
    <w:rsid w:val="00326F90"/>
    <w:pPr>
      <w:ind w:left="720" w:hanging="360"/>
      <w:contextualSpacing/>
    </w:pPr>
  </w:style>
  <w:style w:type="paragraph" w:styleId="35">
    <w:name w:val="List 3"/>
    <w:basedOn w:val="a1"/>
    <w:uiPriority w:val="99"/>
    <w:unhideWhenUsed/>
    <w:rsid w:val="00326F90"/>
    <w:pPr>
      <w:ind w:left="1080" w:hanging="360"/>
      <w:contextualSpacing/>
    </w:pPr>
  </w:style>
  <w:style w:type="paragraph" w:styleId="a0">
    <w:name w:val="List Bullet"/>
    <w:basedOn w:val="a1"/>
    <w:uiPriority w:val="99"/>
    <w:unhideWhenUsed/>
    <w:rsid w:val="00326F90"/>
    <w:pPr>
      <w:numPr>
        <w:numId w:val="1"/>
      </w:numPr>
      <w:contextualSpacing/>
    </w:pPr>
  </w:style>
  <w:style w:type="paragraph" w:styleId="20">
    <w:name w:val="List Bullet 2"/>
    <w:basedOn w:val="a1"/>
    <w:uiPriority w:val="99"/>
    <w:unhideWhenUsed/>
    <w:rsid w:val="00326F90"/>
    <w:pPr>
      <w:numPr>
        <w:numId w:val="2"/>
      </w:numPr>
      <w:contextualSpacing/>
    </w:pPr>
  </w:style>
  <w:style w:type="paragraph" w:styleId="30">
    <w:name w:val="List Bullet 3"/>
    <w:basedOn w:val="a1"/>
    <w:uiPriority w:val="99"/>
    <w:unhideWhenUsed/>
    <w:rsid w:val="00326F90"/>
    <w:pPr>
      <w:numPr>
        <w:numId w:val="3"/>
      </w:numPr>
      <w:contextualSpacing/>
    </w:pPr>
  </w:style>
  <w:style w:type="paragraph" w:styleId="a">
    <w:name w:val="List Number"/>
    <w:basedOn w:val="a1"/>
    <w:uiPriority w:val="99"/>
    <w:unhideWhenUsed/>
    <w:rsid w:val="00326F90"/>
    <w:pPr>
      <w:numPr>
        <w:numId w:val="5"/>
      </w:numPr>
      <w:contextualSpacing/>
    </w:pPr>
  </w:style>
  <w:style w:type="paragraph" w:styleId="2">
    <w:name w:val="List Number 2"/>
    <w:basedOn w:val="a1"/>
    <w:uiPriority w:val="99"/>
    <w:unhideWhenUsed/>
    <w:rsid w:val="0029639D"/>
    <w:pPr>
      <w:numPr>
        <w:numId w:val="6"/>
      </w:numPr>
      <w:contextualSpacing/>
    </w:pPr>
  </w:style>
  <w:style w:type="paragraph" w:styleId="3">
    <w:name w:val="List Number 3"/>
    <w:basedOn w:val="a1"/>
    <w:uiPriority w:val="99"/>
    <w:unhideWhenUsed/>
    <w:rsid w:val="0029639D"/>
    <w:pPr>
      <w:numPr>
        <w:numId w:val="7"/>
      </w:numPr>
      <w:contextualSpacing/>
    </w:pPr>
  </w:style>
  <w:style w:type="paragraph" w:styleId="af2">
    <w:name w:val="List Continue"/>
    <w:basedOn w:val="a1"/>
    <w:uiPriority w:val="99"/>
    <w:unhideWhenUsed/>
    <w:rsid w:val="0029639D"/>
    <w:pPr>
      <w:spacing w:after="120"/>
      <w:ind w:left="360"/>
      <w:contextualSpacing/>
    </w:pPr>
  </w:style>
  <w:style w:type="paragraph" w:styleId="26">
    <w:name w:val="List Continue 2"/>
    <w:basedOn w:val="a1"/>
    <w:uiPriority w:val="99"/>
    <w:unhideWhenUsed/>
    <w:rsid w:val="0029639D"/>
    <w:pPr>
      <w:spacing w:after="120"/>
      <w:ind w:left="720"/>
      <w:contextualSpacing/>
    </w:pPr>
  </w:style>
  <w:style w:type="paragraph" w:styleId="36">
    <w:name w:val="List Continue 3"/>
    <w:basedOn w:val="a1"/>
    <w:uiPriority w:val="99"/>
    <w:unhideWhenUsed/>
    <w:rsid w:val="0029639D"/>
    <w:pPr>
      <w:spacing w:after="120"/>
      <w:ind w:left="1080"/>
      <w:contextualSpacing/>
    </w:pPr>
  </w:style>
  <w:style w:type="paragraph" w:styleId="af3">
    <w:name w:val="macro"/>
    <w:link w:val="af4"/>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af4">
    <w:name w:val="Текст макросу Знак"/>
    <w:basedOn w:val="a2"/>
    <w:link w:val="af3"/>
    <w:uiPriority w:val="99"/>
    <w:rsid w:val="0029639D"/>
    <w:rPr>
      <w:rFonts w:ascii="Courier" w:hAnsi="Courier"/>
      <w:sz w:val="20"/>
      <w:szCs w:val="20"/>
    </w:rPr>
  </w:style>
  <w:style w:type="paragraph" w:styleId="af5">
    <w:name w:val="Quote"/>
    <w:basedOn w:val="a1"/>
    <w:next w:val="a1"/>
    <w:link w:val="af6"/>
    <w:uiPriority w:val="29"/>
    <w:qFormat/>
    <w:rsid w:val="00FC693F"/>
    <w:rPr>
      <w:i/>
      <w:iCs/>
      <w:color w:val="000000" w:themeColor="text1"/>
    </w:rPr>
  </w:style>
  <w:style w:type="character" w:customStyle="1" w:styleId="af6">
    <w:name w:val="Цитата Знак"/>
    <w:basedOn w:val="a2"/>
    <w:link w:val="af5"/>
    <w:uiPriority w:val="29"/>
    <w:rsid w:val="00FC693F"/>
    <w:rPr>
      <w:i/>
      <w:iCs/>
      <w:color w:val="000000" w:themeColor="text1"/>
    </w:rPr>
  </w:style>
  <w:style w:type="character" w:customStyle="1" w:styleId="40">
    <w:name w:val="Заголовок 4 Знак"/>
    <w:basedOn w:val="a2"/>
    <w:link w:val="4"/>
    <w:uiPriority w:val="9"/>
    <w:semiHidden/>
    <w:rsid w:val="00FC693F"/>
    <w:rPr>
      <w:rFonts w:asciiTheme="majorHAnsi" w:eastAsiaTheme="majorEastAsia" w:hAnsiTheme="majorHAnsi" w:cstheme="majorBidi"/>
      <w:b/>
      <w:bCs/>
      <w:i/>
      <w:iCs/>
      <w:color w:val="4F81BD" w:themeColor="accent1"/>
    </w:rPr>
  </w:style>
  <w:style w:type="character" w:customStyle="1" w:styleId="50">
    <w:name w:val="Заголовок 5 Знак"/>
    <w:basedOn w:val="a2"/>
    <w:link w:val="5"/>
    <w:uiPriority w:val="9"/>
    <w:semiHidden/>
    <w:rsid w:val="00FC693F"/>
    <w:rPr>
      <w:rFonts w:asciiTheme="majorHAnsi" w:eastAsiaTheme="majorEastAsia" w:hAnsiTheme="majorHAnsi" w:cstheme="majorBidi"/>
      <w:color w:val="243F60" w:themeColor="accent1" w:themeShade="7F"/>
    </w:rPr>
  </w:style>
  <w:style w:type="character" w:customStyle="1" w:styleId="60">
    <w:name w:val="Заголовок 6 Знак"/>
    <w:basedOn w:val="a2"/>
    <w:link w:val="6"/>
    <w:uiPriority w:val="9"/>
    <w:semiHidden/>
    <w:rsid w:val="00FC693F"/>
    <w:rPr>
      <w:rFonts w:asciiTheme="majorHAnsi" w:eastAsiaTheme="majorEastAsia" w:hAnsiTheme="majorHAnsi" w:cstheme="majorBidi"/>
      <w:i/>
      <w:iCs/>
      <w:color w:val="243F60" w:themeColor="accent1" w:themeShade="7F"/>
    </w:rPr>
  </w:style>
  <w:style w:type="character" w:customStyle="1" w:styleId="70">
    <w:name w:val="Заголовок 7 Знак"/>
    <w:basedOn w:val="a2"/>
    <w:link w:val="7"/>
    <w:uiPriority w:val="9"/>
    <w:semiHidden/>
    <w:rsid w:val="00FC693F"/>
    <w:rPr>
      <w:rFonts w:asciiTheme="majorHAnsi" w:eastAsiaTheme="majorEastAsia" w:hAnsiTheme="majorHAnsi" w:cstheme="majorBidi"/>
      <w:i/>
      <w:iCs/>
      <w:color w:val="404040" w:themeColor="text1" w:themeTint="BF"/>
    </w:rPr>
  </w:style>
  <w:style w:type="character" w:customStyle="1" w:styleId="80">
    <w:name w:val="Заголовок 8 Знак"/>
    <w:basedOn w:val="a2"/>
    <w:link w:val="8"/>
    <w:uiPriority w:val="9"/>
    <w:semiHidden/>
    <w:rsid w:val="00FC693F"/>
    <w:rPr>
      <w:rFonts w:asciiTheme="majorHAnsi" w:eastAsiaTheme="majorEastAsia" w:hAnsiTheme="majorHAnsi" w:cstheme="majorBidi"/>
      <w:color w:val="4F81BD" w:themeColor="accent1"/>
      <w:sz w:val="20"/>
      <w:szCs w:val="20"/>
    </w:rPr>
  </w:style>
  <w:style w:type="character" w:customStyle="1" w:styleId="90">
    <w:name w:val="Заголовок 9 Знак"/>
    <w:basedOn w:val="a2"/>
    <w:link w:val="9"/>
    <w:uiPriority w:val="9"/>
    <w:semiHidden/>
    <w:rsid w:val="00FC693F"/>
    <w:rPr>
      <w:rFonts w:asciiTheme="majorHAnsi" w:eastAsiaTheme="majorEastAsia" w:hAnsiTheme="majorHAnsi" w:cstheme="majorBidi"/>
      <w:i/>
      <w:iCs/>
      <w:color w:val="404040" w:themeColor="text1" w:themeTint="BF"/>
      <w:sz w:val="20"/>
      <w:szCs w:val="20"/>
    </w:rPr>
  </w:style>
  <w:style w:type="paragraph" w:styleId="af7">
    <w:name w:val="caption"/>
    <w:basedOn w:val="a1"/>
    <w:next w:val="a1"/>
    <w:uiPriority w:val="35"/>
    <w:semiHidden/>
    <w:unhideWhenUsed/>
    <w:qFormat/>
    <w:rsid w:val="00FC693F"/>
    <w:pPr>
      <w:spacing w:line="240" w:lineRule="auto"/>
    </w:pPr>
    <w:rPr>
      <w:b/>
      <w:bCs/>
      <w:color w:val="4F81BD" w:themeColor="accent1"/>
      <w:sz w:val="18"/>
      <w:szCs w:val="18"/>
    </w:rPr>
  </w:style>
  <w:style w:type="character" w:styleId="af8">
    <w:name w:val="Strong"/>
    <w:basedOn w:val="a2"/>
    <w:uiPriority w:val="22"/>
    <w:qFormat/>
    <w:rsid w:val="00FC693F"/>
    <w:rPr>
      <w:b/>
      <w:bCs/>
    </w:rPr>
  </w:style>
  <w:style w:type="character" w:styleId="af9">
    <w:name w:val="Emphasis"/>
    <w:basedOn w:val="a2"/>
    <w:uiPriority w:val="20"/>
    <w:qFormat/>
    <w:rsid w:val="00FC693F"/>
    <w:rPr>
      <w:i/>
      <w:iCs/>
    </w:rPr>
  </w:style>
  <w:style w:type="paragraph" w:styleId="afa">
    <w:name w:val="Intense Quote"/>
    <w:basedOn w:val="a1"/>
    <w:next w:val="a1"/>
    <w:link w:val="afb"/>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afb">
    <w:name w:val="Насичена цитата Знак"/>
    <w:basedOn w:val="a2"/>
    <w:link w:val="afa"/>
    <w:uiPriority w:val="30"/>
    <w:rsid w:val="00FC693F"/>
    <w:rPr>
      <w:b/>
      <w:bCs/>
      <w:i/>
      <w:iCs/>
      <w:color w:val="4F81BD" w:themeColor="accent1"/>
    </w:rPr>
  </w:style>
  <w:style w:type="character" w:styleId="afc">
    <w:name w:val="Subtle Emphasis"/>
    <w:basedOn w:val="a2"/>
    <w:uiPriority w:val="19"/>
    <w:qFormat/>
    <w:rsid w:val="00FC693F"/>
    <w:rPr>
      <w:i/>
      <w:iCs/>
      <w:color w:val="808080" w:themeColor="text1" w:themeTint="7F"/>
    </w:rPr>
  </w:style>
  <w:style w:type="character" w:styleId="afd">
    <w:name w:val="Intense Emphasis"/>
    <w:basedOn w:val="a2"/>
    <w:uiPriority w:val="21"/>
    <w:qFormat/>
    <w:rsid w:val="00FC693F"/>
    <w:rPr>
      <w:b/>
      <w:bCs/>
      <w:i/>
      <w:iCs/>
      <w:color w:val="4F81BD" w:themeColor="accent1"/>
    </w:rPr>
  </w:style>
  <w:style w:type="character" w:styleId="afe">
    <w:name w:val="Subtle Reference"/>
    <w:basedOn w:val="a2"/>
    <w:uiPriority w:val="31"/>
    <w:qFormat/>
    <w:rsid w:val="00FC693F"/>
    <w:rPr>
      <w:smallCaps/>
      <w:color w:val="C0504D" w:themeColor="accent2"/>
      <w:u w:val="single"/>
    </w:rPr>
  </w:style>
  <w:style w:type="character" w:styleId="aff">
    <w:name w:val="Intense Reference"/>
    <w:basedOn w:val="a2"/>
    <w:uiPriority w:val="32"/>
    <w:qFormat/>
    <w:rsid w:val="00FC693F"/>
    <w:rPr>
      <w:b/>
      <w:bCs/>
      <w:smallCaps/>
      <w:color w:val="C0504D" w:themeColor="accent2"/>
      <w:spacing w:val="5"/>
      <w:u w:val="single"/>
    </w:rPr>
  </w:style>
  <w:style w:type="character" w:styleId="aff0">
    <w:name w:val="Book Title"/>
    <w:basedOn w:val="a2"/>
    <w:uiPriority w:val="33"/>
    <w:qFormat/>
    <w:rsid w:val="00FC693F"/>
    <w:rPr>
      <w:b/>
      <w:bCs/>
      <w:smallCaps/>
      <w:spacing w:val="5"/>
    </w:rPr>
  </w:style>
  <w:style w:type="paragraph" w:styleId="aff1">
    <w:name w:val="TOC Heading"/>
    <w:basedOn w:val="1"/>
    <w:next w:val="a1"/>
    <w:uiPriority w:val="39"/>
    <w:semiHidden/>
    <w:unhideWhenUsed/>
    <w:qFormat/>
    <w:rsid w:val="00FC693F"/>
    <w:pPr>
      <w:outlineLvl w:val="9"/>
    </w:pPr>
  </w:style>
  <w:style w:type="table" w:styleId="aff2">
    <w:name w:val="Table Grid"/>
    <w:basedOn w:val="a3"/>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3">
    <w:name w:val="Light Shading"/>
    <w:basedOn w:val="a3"/>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Shading Accent 1"/>
    <w:basedOn w:val="a3"/>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7">
    <w:name w:val="Light Shading Accent 2"/>
    <w:basedOn w:val="a3"/>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7">
    <w:name w:val="Light Shading Accent 3"/>
    <w:basedOn w:val="a3"/>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1">
    <w:name w:val="Light Shading Accent 4"/>
    <w:basedOn w:val="a3"/>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1">
    <w:name w:val="Light Shading Accent 5"/>
    <w:basedOn w:val="a3"/>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1">
    <w:name w:val="Light Shading Accent 6"/>
    <w:basedOn w:val="a3"/>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aff4">
    <w:name w:val="Light List"/>
    <w:basedOn w:val="a3"/>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2">
    <w:name w:val="Light List Accent 1"/>
    <w:basedOn w:val="a3"/>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8">
    <w:name w:val="Light List Accent 2"/>
    <w:basedOn w:val="a3"/>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8">
    <w:name w:val="Light List Accent 3"/>
    <w:basedOn w:val="a3"/>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2">
    <w:name w:val="Light List Accent 4"/>
    <w:basedOn w:val="a3"/>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2">
    <w:name w:val="Light List Accent 5"/>
    <w:basedOn w:val="a3"/>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2">
    <w:name w:val="Light List Accent 6"/>
    <w:basedOn w:val="a3"/>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aff5">
    <w:name w:val="Light Grid"/>
    <w:basedOn w:val="a3"/>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3">
    <w:name w:val="Light Grid Accent 1"/>
    <w:basedOn w:val="a3"/>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9">
    <w:name w:val="Light Grid Accent 2"/>
    <w:basedOn w:val="a3"/>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9">
    <w:name w:val="Light Grid Accent 3"/>
    <w:basedOn w:val="a3"/>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3">
    <w:name w:val="Light Grid Accent 4"/>
    <w:basedOn w:val="a3"/>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3">
    <w:name w:val="Light Grid Accent 5"/>
    <w:basedOn w:val="a3"/>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3">
    <w:name w:val="Light Grid Accent 6"/>
    <w:basedOn w:val="a3"/>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4">
    <w:name w:val="Medium Shading 1"/>
    <w:basedOn w:val="a3"/>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0">
    <w:name w:val="Medium Shading 1 Accent 1"/>
    <w:basedOn w:val="a3"/>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0">
    <w:name w:val="Medium Shading 1 Accent 2"/>
    <w:basedOn w:val="a3"/>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0">
    <w:name w:val="Medium Shading 1 Accent 3"/>
    <w:basedOn w:val="a3"/>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0">
    <w:name w:val="Medium Shading 1 Accent 4"/>
    <w:basedOn w:val="a3"/>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3"/>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3"/>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a">
    <w:name w:val="Medium Shading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0">
    <w:name w:val="Medium Shading 2 Accent 1"/>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0">
    <w:name w:val="Medium Shading 2 Accent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0">
    <w:name w:val="Medium Shading 2 Accent 3"/>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40">
    <w:name w:val="Medium Shading 2 Accent 4"/>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0">
    <w:name w:val="Medium Shading 2 Accent 5"/>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0">
    <w:name w:val="Medium Shading 2 Accent 6"/>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7">
    <w:name w:val="Medium List 1"/>
    <w:basedOn w:val="a3"/>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3"/>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1">
    <w:name w:val="Medium List 1 Accent 2"/>
    <w:basedOn w:val="a3"/>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1">
    <w:name w:val="Medium List 1 Accent 3"/>
    <w:basedOn w:val="a3"/>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1">
    <w:name w:val="Medium List 1 Accent 4"/>
    <w:basedOn w:val="a3"/>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3"/>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3"/>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b">
    <w:name w:val="Medium Lis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1">
    <w:name w:val="Medium List 2 Accent 1"/>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1">
    <w:name w:val="Medium List 2 Accen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1">
    <w:name w:val="Medium List 2 Accent 3"/>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1">
    <w:name w:val="Medium List 2 Accent 4"/>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1">
    <w:name w:val="Medium List 2 Accent 5"/>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1">
    <w:name w:val="Medium List 2 Accent 6"/>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18">
    <w:name w:val="Medium Grid 1"/>
    <w:basedOn w:val="a3"/>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12">
    <w:name w:val="Medium Grid 1 Accent 1"/>
    <w:basedOn w:val="a3"/>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22">
    <w:name w:val="Medium Grid 1 Accent 2"/>
    <w:basedOn w:val="a3"/>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2">
    <w:name w:val="Medium Grid 1 Accent 3"/>
    <w:basedOn w:val="a3"/>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2">
    <w:name w:val="Medium Grid 1 Accent 4"/>
    <w:basedOn w:val="a3"/>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3"/>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3"/>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c">
    <w:name w:val="Medium Grid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2">
    <w:name w:val="Medium Grid 2 Accent 1"/>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2">
    <w:name w:val="Medium Grid 2 Accent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2">
    <w:name w:val="Medium Grid 2 Accent 3"/>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2">
    <w:name w:val="Medium Grid 2 Accent 4"/>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2">
    <w:name w:val="Medium Grid 2 Accent 5"/>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2">
    <w:name w:val="Medium Grid 2 Accent 6"/>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a">
    <w:name w:val="Medium Grid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0">
    <w:name w:val="Medium Grid 3 Accent 1"/>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0">
    <w:name w:val="Medium Grid 3 Accent 2"/>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0">
    <w:name w:val="Medium Grid 3 Accent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0">
    <w:name w:val="Medium Grid 3 Accent 4"/>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0">
    <w:name w:val="Medium Grid 3 Accent 5"/>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0">
    <w:name w:val="Medium Grid 3 Accent 6"/>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6">
    <w:name w:val="Dark List"/>
    <w:basedOn w:val="a3"/>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9">
    <w:name w:val="Dark List Accent 1"/>
    <w:basedOn w:val="a3"/>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d">
    <w:name w:val="Dark List Accent 2"/>
    <w:basedOn w:val="a3"/>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b">
    <w:name w:val="Dark List Accent 3"/>
    <w:basedOn w:val="a3"/>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3"/>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4">
    <w:name w:val="Dark List Accent 5"/>
    <w:basedOn w:val="a3"/>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4">
    <w:name w:val="Dark List Accent 6"/>
    <w:basedOn w:val="a3"/>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aff7">
    <w:name w:val="Colorful Shading"/>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a">
    <w:name w:val="Colorful Shading Accent 1"/>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e">
    <w:name w:val="Colorful Shading Accent 2"/>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c">
    <w:name w:val="Colorful Shading Accent 3"/>
    <w:basedOn w:val="a3"/>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5">
    <w:name w:val="Colorful Shading Accent 4"/>
    <w:basedOn w:val="a3"/>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5">
    <w:name w:val="Colorful Shading Accent 5"/>
    <w:basedOn w:val="a3"/>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5">
    <w:name w:val="Colorful Shading Accent 6"/>
    <w:basedOn w:val="a3"/>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aff8">
    <w:name w:val="Colorful List"/>
    <w:basedOn w:val="a3"/>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b">
    <w:name w:val="Colorful List Accent 1"/>
    <w:basedOn w:val="a3"/>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f">
    <w:name w:val="Colorful List Accent 2"/>
    <w:basedOn w:val="a3"/>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d">
    <w:name w:val="Colorful List Accent 3"/>
    <w:basedOn w:val="a3"/>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6">
    <w:name w:val="Colorful List Accent 4"/>
    <w:basedOn w:val="a3"/>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6">
    <w:name w:val="Colorful List Accent 5"/>
    <w:basedOn w:val="a3"/>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6">
    <w:name w:val="Colorful List Accent 6"/>
    <w:basedOn w:val="a3"/>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aff9">
    <w:name w:val="Colorful Grid"/>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c">
    <w:name w:val="Colorful Grid Accent 1"/>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f0">
    <w:name w:val="Colorful Grid Accent 2"/>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e">
    <w:name w:val="Colorful Grid Accent 3"/>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7">
    <w:name w:val="Colorful Grid Accent 5"/>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7">
    <w:name w:val="Colorful Grid Accent 6"/>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87151975">
      <w:bodyDiv w:val="1"/>
      <w:marLeft w:val="0"/>
      <w:marRight w:val="0"/>
      <w:marTop w:val="0"/>
      <w:marBottom w:val="0"/>
      <w:divBdr>
        <w:top w:val="none" w:sz="0" w:space="0" w:color="auto"/>
        <w:left w:val="none" w:sz="0" w:space="0" w:color="auto"/>
        <w:bottom w:val="none" w:sz="0" w:space="0" w:color="auto"/>
        <w:right w:val="none" w:sz="0" w:space="0" w:color="auto"/>
      </w:divBdr>
    </w:div>
    <w:div w:id="777682583">
      <w:bodyDiv w:val="1"/>
      <w:marLeft w:val="0"/>
      <w:marRight w:val="0"/>
      <w:marTop w:val="0"/>
      <w:marBottom w:val="0"/>
      <w:divBdr>
        <w:top w:val="none" w:sz="0" w:space="0" w:color="auto"/>
        <w:left w:val="none" w:sz="0" w:space="0" w:color="auto"/>
        <w:bottom w:val="none" w:sz="0" w:space="0" w:color="auto"/>
        <w:right w:val="none" w:sz="0" w:space="0" w:color="auto"/>
      </w:divBdr>
    </w:div>
    <w:div w:id="1626347065">
      <w:bodyDiv w:val="1"/>
      <w:marLeft w:val="0"/>
      <w:marRight w:val="0"/>
      <w:marTop w:val="0"/>
      <w:marBottom w:val="0"/>
      <w:divBdr>
        <w:top w:val="none" w:sz="0" w:space="0" w:color="auto"/>
        <w:left w:val="none" w:sz="0" w:space="0" w:color="auto"/>
        <w:bottom w:val="none" w:sz="0" w:space="0" w:color="auto"/>
        <w:right w:val="none" w:sz="0" w:space="0" w:color="auto"/>
      </w:divBdr>
    </w:div>
    <w:div w:id="200824055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91AAE1-F679-435A-871D-7366BB2724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4</Pages>
  <Words>5395</Words>
  <Characters>3076</Characters>
  <Application>Microsoft Office Word</Application>
  <DocSecurity>0</DocSecurity>
  <Lines>25</Lines>
  <Paragraphs>16</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8455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Lubov Drozdenko</cp:lastModifiedBy>
  <cp:revision>13</cp:revision>
  <dcterms:created xsi:type="dcterms:W3CDTF">2024-11-15T15:30:00Z</dcterms:created>
  <dcterms:modified xsi:type="dcterms:W3CDTF">2024-12-01T17:16:00Z</dcterms:modified>
  <cp:category/>
</cp:coreProperties>
</file>